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CE1" w:rsidRPr="0001343A" w:rsidRDefault="0001343A" w:rsidP="0001343A">
      <w:pPr>
        <w:spacing w:before="300" w:after="480" w:line="360" w:lineRule="auto"/>
        <w:jc w:val="center"/>
        <w:rPr>
          <w:lang w:val="es-ES"/>
        </w:rPr>
      </w:pPr>
      <w:bookmarkStart w:id="0" w:name="_GoBack"/>
      <w:bookmarkEnd w:id="0"/>
      <w:r w:rsidRPr="0001343A">
        <w:rPr>
          <w:b/>
          <w:sz w:val="23"/>
          <w:lang w:val="es-ES"/>
        </w:rPr>
        <w:t>CERTIFICACIÓN PARA TRABAJADOR/A VOLUNTARIO/A O BECARIO/A</w:t>
      </w:r>
      <w:r w:rsidR="00AE2F0B">
        <w:rPr>
          <w:rStyle w:val="Refdenotaalpie"/>
          <w:b/>
          <w:sz w:val="23"/>
          <w:lang w:val="es-ES"/>
        </w:rPr>
        <w:footnoteReference w:id="1"/>
      </w:r>
    </w:p>
    <w:p w:rsidR="00F825FB" w:rsidRPr="00F825FB" w:rsidRDefault="00F825FB" w:rsidP="00F825FB">
      <w:pPr>
        <w:pStyle w:val="Textoindependiente"/>
        <w:tabs>
          <w:tab w:val="left" w:pos="3168"/>
          <w:tab w:val="left" w:pos="3492"/>
          <w:tab w:val="left" w:pos="3966"/>
          <w:tab w:val="left" w:pos="4810"/>
          <w:tab w:val="left" w:pos="5283"/>
          <w:tab w:val="left" w:pos="6475"/>
          <w:tab w:val="left" w:pos="6861"/>
          <w:tab w:val="left" w:pos="7200"/>
          <w:tab w:val="left" w:pos="7674"/>
          <w:tab w:val="left" w:pos="8088"/>
        </w:tabs>
        <w:spacing w:line="360" w:lineRule="auto"/>
        <w:ind w:left="101" w:right="-1" w:hanging="2"/>
        <w:jc w:val="both"/>
        <w:rPr>
          <w:sz w:val="18"/>
          <w:szCs w:val="18"/>
          <w:lang w:val="es-ES"/>
        </w:rPr>
      </w:pPr>
      <w:r w:rsidRPr="00F825FB">
        <w:rPr>
          <w:sz w:val="18"/>
          <w:szCs w:val="18"/>
          <w:lang w:val="es-ES"/>
        </w:rPr>
        <w:t>Don/</w:t>
      </w:r>
      <w:proofErr w:type="spellStart"/>
      <w:r w:rsidRPr="00F825FB">
        <w:rPr>
          <w:sz w:val="18"/>
          <w:szCs w:val="18"/>
          <w:lang w:val="es-ES"/>
        </w:rPr>
        <w:t>Dña</w:t>
      </w:r>
      <w:proofErr w:type="spellEnd"/>
      <w:r w:rsidRPr="00F825FB">
        <w:rPr>
          <w:sz w:val="18"/>
          <w:szCs w:val="18"/>
          <w:lang w:val="es-ES"/>
        </w:rPr>
        <w:t xml:space="preserve"> </w:t>
      </w:r>
      <w:sdt>
        <w:sdtPr>
          <w:rPr>
            <w:sz w:val="18"/>
            <w:szCs w:val="18"/>
          </w:rPr>
          <w:id w:val="-1696530133"/>
          <w:placeholder>
            <w:docPart w:val="A4706F8617354CC8BFD7F1C6824BBD4A"/>
          </w:placeholder>
          <w:showingPlcHdr/>
        </w:sdtPr>
        <w:sdtContent>
          <w:r w:rsidRPr="00F825FB">
            <w:rPr>
              <w:rStyle w:val="Textodelmarcadordeposicin"/>
              <w:lang w:val="es-ES"/>
            </w:rPr>
            <w:t>Haga clic aquí para escribir texto.</w:t>
          </w:r>
        </w:sdtContent>
      </w:sdt>
      <w:proofErr w:type="gramStart"/>
      <w:r w:rsidRPr="00F825FB">
        <w:rPr>
          <w:sz w:val="18"/>
          <w:szCs w:val="18"/>
          <w:lang w:val="es-ES"/>
        </w:rPr>
        <w:t>con</w:t>
      </w:r>
      <w:proofErr w:type="gramEnd"/>
      <w:r w:rsidRPr="00F825FB">
        <w:rPr>
          <w:sz w:val="18"/>
          <w:szCs w:val="18"/>
          <w:lang w:val="es-ES"/>
        </w:rPr>
        <w:t xml:space="preserve"> DNI/NIE </w:t>
      </w:r>
      <w:r w:rsidRPr="00F825FB">
        <w:rPr>
          <w:spacing w:val="-47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 xml:space="preserve">nº </w:t>
      </w:r>
      <w:sdt>
        <w:sdtPr>
          <w:rPr>
            <w:sz w:val="18"/>
            <w:szCs w:val="18"/>
          </w:rPr>
          <w:id w:val="-1923330136"/>
          <w:placeholder>
            <w:docPart w:val="A4706F8617354CC8BFD7F1C6824BBD4A"/>
          </w:placeholder>
          <w:showingPlcHdr/>
        </w:sdtPr>
        <w:sdtContent>
          <w:r w:rsidRPr="00F825FB">
            <w:rPr>
              <w:rStyle w:val="Textodelmarcadordeposicin"/>
              <w:lang w:val="es-ES"/>
            </w:rPr>
            <w:t>Haga clic aquí para escribir texto.</w:t>
          </w:r>
        </w:sdtContent>
      </w:sdt>
      <w:r w:rsidRPr="00F825FB">
        <w:rPr>
          <w:sz w:val="18"/>
          <w:szCs w:val="18"/>
          <w:lang w:val="es-ES"/>
        </w:rPr>
        <w:t xml:space="preserve">    </w:t>
      </w:r>
      <w:proofErr w:type="gramStart"/>
      <w:r w:rsidRPr="00F825FB">
        <w:rPr>
          <w:sz w:val="18"/>
          <w:szCs w:val="18"/>
          <w:lang w:val="es-ES"/>
        </w:rPr>
        <w:t>en</w:t>
      </w:r>
      <w:proofErr w:type="gramEnd"/>
      <w:r w:rsidRPr="00F825FB">
        <w:rPr>
          <w:sz w:val="18"/>
          <w:szCs w:val="18"/>
          <w:lang w:val="es-ES"/>
        </w:rPr>
        <w:t xml:space="preserve"> calidad de (especificar cargo  en  la  </w:t>
      </w:r>
      <w:r w:rsidRPr="00F825FB">
        <w:rPr>
          <w:spacing w:val="-1"/>
          <w:sz w:val="18"/>
          <w:szCs w:val="18"/>
          <w:lang w:val="es-ES"/>
        </w:rPr>
        <w:t xml:space="preserve">entidad) </w:t>
      </w:r>
      <w:sdt>
        <w:sdtPr>
          <w:rPr>
            <w:spacing w:val="-1"/>
            <w:sz w:val="18"/>
            <w:szCs w:val="18"/>
          </w:rPr>
          <w:id w:val="805039786"/>
          <w:placeholder>
            <w:docPart w:val="A4706F8617354CC8BFD7F1C6824BBD4A"/>
          </w:placeholder>
          <w:showingPlcHdr/>
        </w:sdtPr>
        <w:sdtContent>
          <w:r w:rsidRPr="00AB07DF">
            <w:rPr>
              <w:rStyle w:val="Textodelmarcadordeposicin"/>
            </w:rPr>
            <w:t>Haga clic aquí para escribir texto.</w:t>
          </w:r>
        </w:sdtContent>
      </w:sdt>
      <w:r w:rsidRPr="00F825FB">
        <w:rPr>
          <w:spacing w:val="2"/>
          <w:sz w:val="18"/>
          <w:szCs w:val="18"/>
          <w:lang w:val="es-ES"/>
        </w:rPr>
        <w:t xml:space="preserve"> </w:t>
      </w:r>
      <w:proofErr w:type="gramStart"/>
      <w:r w:rsidRPr="00F825FB">
        <w:rPr>
          <w:sz w:val="18"/>
          <w:szCs w:val="18"/>
          <w:lang w:val="es-ES"/>
        </w:rPr>
        <w:t>en</w:t>
      </w:r>
      <w:proofErr w:type="gramEnd"/>
      <w:r w:rsidRPr="00F825FB">
        <w:rPr>
          <w:spacing w:val="80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(especificar</w:t>
      </w:r>
      <w:r w:rsidRPr="00F825FB">
        <w:rPr>
          <w:spacing w:val="81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nombre</w:t>
      </w:r>
      <w:r w:rsidRPr="00F825FB">
        <w:rPr>
          <w:spacing w:val="82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o</w:t>
      </w:r>
      <w:r w:rsidRPr="00F825FB">
        <w:rPr>
          <w:spacing w:val="85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razón</w:t>
      </w:r>
      <w:r w:rsidRPr="00F825FB">
        <w:rPr>
          <w:spacing w:val="82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social</w:t>
      </w:r>
      <w:r w:rsidRPr="00F825FB">
        <w:rPr>
          <w:spacing w:val="83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de</w:t>
      </w:r>
      <w:r w:rsidRPr="00F825FB">
        <w:rPr>
          <w:spacing w:val="81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la entidad)</w:t>
      </w:r>
      <w:r w:rsidRPr="00F825FB">
        <w:rPr>
          <w:sz w:val="18"/>
          <w:szCs w:val="18"/>
          <w:u w:val="single"/>
          <w:lang w:val="es-ES"/>
        </w:rPr>
        <w:t xml:space="preserve"> </w:t>
      </w:r>
      <w:sdt>
        <w:sdtPr>
          <w:rPr>
            <w:sz w:val="18"/>
            <w:szCs w:val="18"/>
            <w:u w:val="single"/>
          </w:rPr>
          <w:id w:val="867797026"/>
          <w:placeholder>
            <w:docPart w:val="A4706F8617354CC8BFD7F1C6824BBD4A"/>
          </w:placeholder>
          <w:showingPlcHdr/>
        </w:sdtPr>
        <w:sdtContent>
          <w:r w:rsidRPr="00F825FB">
            <w:rPr>
              <w:rStyle w:val="Textodelmarcadordeposicin"/>
              <w:lang w:val="es-ES"/>
            </w:rPr>
            <w:t>Haga clic aquí para escribir texto.</w:t>
          </w:r>
        </w:sdtContent>
      </w:sdt>
      <w:r w:rsidRPr="00F825FB">
        <w:rPr>
          <w:sz w:val="18"/>
          <w:szCs w:val="18"/>
          <w:u w:val="single"/>
          <w:lang w:val="es-ES"/>
        </w:rPr>
        <w:t xml:space="preserve"> </w:t>
      </w:r>
      <w:proofErr w:type="gramStart"/>
      <w:r w:rsidRPr="00F825FB">
        <w:rPr>
          <w:sz w:val="18"/>
          <w:szCs w:val="18"/>
          <w:lang w:val="es-ES"/>
        </w:rPr>
        <w:t>cuya</w:t>
      </w:r>
      <w:proofErr w:type="gramEnd"/>
      <w:r w:rsidRPr="00F825FB">
        <w:rPr>
          <w:sz w:val="18"/>
          <w:szCs w:val="18"/>
          <w:lang w:val="es-ES"/>
        </w:rPr>
        <w:t xml:space="preserve"> actividad es (especificar</w:t>
      </w:r>
      <w:r w:rsidRPr="00F825FB">
        <w:rPr>
          <w:spacing w:val="-6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actividad</w:t>
      </w:r>
      <w:r w:rsidRPr="00F825FB">
        <w:rPr>
          <w:spacing w:val="-2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de</w:t>
      </w:r>
      <w:r w:rsidRPr="00F825FB">
        <w:rPr>
          <w:spacing w:val="-4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>la</w:t>
      </w:r>
      <w:r w:rsidRPr="00F825FB">
        <w:rPr>
          <w:spacing w:val="-6"/>
          <w:sz w:val="18"/>
          <w:szCs w:val="18"/>
          <w:lang w:val="es-ES"/>
        </w:rPr>
        <w:t xml:space="preserve"> </w:t>
      </w:r>
      <w:r w:rsidRPr="00F825FB">
        <w:rPr>
          <w:sz w:val="18"/>
          <w:szCs w:val="18"/>
          <w:lang w:val="es-ES"/>
        </w:rPr>
        <w:t xml:space="preserve">entidad) </w:t>
      </w:r>
      <w:sdt>
        <w:sdtPr>
          <w:rPr>
            <w:sz w:val="18"/>
            <w:szCs w:val="18"/>
          </w:rPr>
          <w:id w:val="-298077321"/>
          <w:placeholder>
            <w:docPart w:val="A4706F8617354CC8BFD7F1C6824BBD4A"/>
          </w:placeholder>
          <w:showingPlcHdr/>
        </w:sdtPr>
        <w:sdtContent>
          <w:r w:rsidRPr="00F825FB">
            <w:rPr>
              <w:rStyle w:val="Textodelmarcadordeposicin"/>
              <w:lang w:val="es-ES"/>
            </w:rPr>
            <w:t>Haga clic aquí para escribir texto.</w:t>
          </w:r>
        </w:sdtContent>
      </w:sdt>
    </w:p>
    <w:p w:rsidR="00526CE1" w:rsidRPr="0001343A" w:rsidRDefault="00F825FB" w:rsidP="00F825FB">
      <w:pPr>
        <w:spacing w:before="60" w:after="260" w:line="240" w:lineRule="auto"/>
        <w:rPr>
          <w:sz w:val="20"/>
          <w:szCs w:val="20"/>
          <w:lang w:val="es-ES"/>
        </w:rPr>
      </w:pPr>
      <w:r w:rsidRPr="0001343A">
        <w:rPr>
          <w:b/>
          <w:sz w:val="20"/>
          <w:szCs w:val="20"/>
          <w:lang w:val="es-ES"/>
        </w:rPr>
        <w:t xml:space="preserve"> </w:t>
      </w:r>
      <w:r w:rsidR="0001343A" w:rsidRPr="0001343A">
        <w:rPr>
          <w:b/>
          <w:sz w:val="20"/>
          <w:szCs w:val="20"/>
          <w:lang w:val="es-ES"/>
        </w:rPr>
        <w:t>CERTIFICA:</w:t>
      </w:r>
    </w:p>
    <w:p w:rsidR="00526CE1" w:rsidRDefault="00F825FB" w:rsidP="0001343A">
      <w:pPr>
        <w:spacing w:after="80" w:line="360" w:lineRule="auto"/>
        <w:rPr>
          <w:sz w:val="20"/>
          <w:szCs w:val="20"/>
          <w:lang w:val="es-ES"/>
        </w:rPr>
      </w:pPr>
      <w:r w:rsidRPr="00F825FB">
        <w:rPr>
          <w:sz w:val="19"/>
          <w:lang w:val="es-ES"/>
        </w:rPr>
        <w:t xml:space="preserve">Que Don/Doña </w:t>
      </w:r>
      <w:sdt>
        <w:sdtPr>
          <w:rPr>
            <w:sz w:val="19"/>
          </w:rPr>
          <w:id w:val="1003948327"/>
          <w:placeholder>
            <w:docPart w:val="027C80A776D4421D920473BD69484D8E"/>
          </w:placeholder>
          <w:showingPlcHdr/>
        </w:sdtPr>
        <w:sdtContent>
          <w:r w:rsidRPr="00DD5C4B">
            <w:rPr>
              <w:rStyle w:val="Textodelmarcadordeposicin"/>
              <w:sz w:val="18"/>
              <w:szCs w:val="18"/>
            </w:rPr>
            <w:t>Haga clic aquí para escribir texto.</w:t>
          </w:r>
        </w:sdtContent>
      </w:sdt>
      <w:r w:rsidRPr="00F825FB">
        <w:rPr>
          <w:sz w:val="19"/>
          <w:lang w:val="es-ES"/>
        </w:rPr>
        <w:t>,</w:t>
      </w:r>
      <w:r w:rsidRPr="00F825FB">
        <w:rPr>
          <w:spacing w:val="75"/>
          <w:sz w:val="19"/>
          <w:lang w:val="es-ES"/>
        </w:rPr>
        <w:t xml:space="preserve"> </w:t>
      </w:r>
      <w:r w:rsidRPr="00F825FB">
        <w:rPr>
          <w:sz w:val="19"/>
          <w:lang w:val="es-ES"/>
        </w:rPr>
        <w:t>con</w:t>
      </w:r>
      <w:r w:rsidRPr="00F825FB">
        <w:rPr>
          <w:spacing w:val="23"/>
          <w:sz w:val="19"/>
          <w:lang w:val="es-ES"/>
        </w:rPr>
        <w:t xml:space="preserve"> </w:t>
      </w:r>
      <w:r w:rsidRPr="00F825FB">
        <w:rPr>
          <w:sz w:val="19"/>
          <w:lang w:val="es-ES"/>
        </w:rPr>
        <w:t xml:space="preserve">DNI/Pasaporte/NIE nº </w:t>
      </w:r>
      <w:sdt>
        <w:sdtPr>
          <w:rPr>
            <w:sz w:val="19"/>
          </w:rPr>
          <w:id w:val="-1198929406"/>
          <w:placeholder>
            <w:docPart w:val="027C80A776D4421D920473BD69484D8E"/>
          </w:placeholder>
          <w:showingPlcHdr/>
        </w:sdtPr>
        <w:sdtContent>
          <w:r w:rsidRPr="00F825FB">
            <w:rPr>
              <w:rStyle w:val="Textodelmarcadordeposicin"/>
              <w:sz w:val="18"/>
              <w:szCs w:val="18"/>
              <w:lang w:val="es-ES"/>
            </w:rPr>
            <w:t>Haga clic aquí para escribir texto.</w:t>
          </w:r>
        </w:sdtContent>
      </w:sdt>
      <w:r w:rsidRPr="00F825FB">
        <w:rPr>
          <w:sz w:val="19"/>
          <w:lang w:val="es-ES"/>
        </w:rPr>
        <w:t xml:space="preserve">, </w:t>
      </w:r>
      <w:r w:rsidR="0001343A" w:rsidRPr="0001343A">
        <w:rPr>
          <w:sz w:val="20"/>
          <w:szCs w:val="20"/>
          <w:lang w:val="es-ES"/>
        </w:rPr>
        <w:t>ha participado como □voluntario   □becario   (táchese lo que proceda) en las actividades y durante el período de tiempo que se detalla a continuación:</w:t>
      </w:r>
    </w:p>
    <w:tbl>
      <w:tblPr>
        <w:tblW w:w="8873" w:type="dxa"/>
        <w:jc w:val="center"/>
        <w:tblLayout w:type="fixed"/>
        <w:tblLook w:val="04A0" w:firstRow="1" w:lastRow="0" w:firstColumn="1" w:lastColumn="0" w:noHBand="0" w:noVBand="1"/>
      </w:tblPr>
      <w:tblGrid>
        <w:gridCol w:w="2013"/>
        <w:gridCol w:w="2325"/>
        <w:gridCol w:w="1190"/>
        <w:gridCol w:w="1134"/>
        <w:gridCol w:w="992"/>
        <w:gridCol w:w="1219"/>
      </w:tblGrid>
      <w:tr w:rsidR="005E262B" w:rsidRPr="00F825FB" w:rsidTr="009E1290">
        <w:trPr>
          <w:trHeight w:hRule="exact" w:val="709"/>
          <w:jc w:val="center"/>
        </w:trPr>
        <w:tc>
          <w:tcPr>
            <w:tcW w:w="4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ACTIVIDAD DESARROLLADA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Fecha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inicio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Fecha final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Tipo de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jornada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(C/M/O)*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Duración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(nº total de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horas)</w:t>
            </w:r>
          </w:p>
        </w:tc>
      </w:tr>
      <w:tr w:rsidR="005E262B" w:rsidRPr="00F825FB" w:rsidTr="009E1290">
        <w:trPr>
          <w:trHeight w:hRule="exact" w:val="312"/>
          <w:jc w:val="center"/>
        </w:trPr>
        <w:sdt>
          <w:sdtPr>
            <w:rPr>
              <w:sz w:val="18"/>
              <w:szCs w:val="18"/>
              <w:lang w:val="es-ES"/>
            </w:rPr>
            <w:id w:val="-1224518310"/>
            <w:placeholder>
              <w:docPart w:val="DefaultPlaceholder_1081868574"/>
            </w:placeholder>
            <w:showingPlcHdr/>
          </w:sdtPr>
          <w:sdtContent>
            <w:tc>
              <w:tcPr>
                <w:tcW w:w="4338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5E262B" w:rsidRPr="00F825FB" w:rsidRDefault="00F825FB" w:rsidP="009E1290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412741698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5E262B" w:rsidRPr="00F825FB" w:rsidRDefault="00F825FB" w:rsidP="009E1290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377127010"/>
            <w:placeholder>
              <w:docPart w:val="DefaultPlaceholder_108186857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11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5E262B" w:rsidRPr="00F825FB" w:rsidRDefault="00F825FB" w:rsidP="009E1290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857476544"/>
            <w:placeholder>
              <w:docPart w:val="DefaultPlaceholder_1081868575"/>
            </w:placeholder>
            <w:showingPlcHdr/>
            <w:dropDownList>
              <w:listItem w:value="Elija un elemento."/>
              <w:listItem w:displayText="Jornada completa" w:value="C"/>
              <w:listItem w:displayText="Media jornada" w:value="M"/>
              <w:listItem w:displayText="Otras" w:value="O"/>
            </w:dropDownList>
          </w:sdtPr>
          <w:sdtContent>
            <w:tc>
              <w:tcPr>
                <w:tcW w:w="99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5E262B" w:rsidRPr="00F825FB" w:rsidRDefault="00F825FB" w:rsidP="00F825FB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317451662"/>
            <w:placeholder>
              <w:docPart w:val="DefaultPlaceholder_1081868574"/>
            </w:placeholder>
            <w:showingPlcHdr/>
          </w:sdtPr>
          <w:sdtContent>
            <w:tc>
              <w:tcPr>
                <w:tcW w:w="121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5E262B" w:rsidRPr="00F825FB" w:rsidRDefault="00F825FB" w:rsidP="009E1290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</w:tr>
      <w:tr w:rsidR="005E262B" w:rsidRPr="00F825FB" w:rsidTr="009E1290">
        <w:trPr>
          <w:trHeight w:hRule="exact" w:val="879"/>
          <w:jc w:val="center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rPr>
                <w:lang w:val="es-ES"/>
              </w:rPr>
            </w:pPr>
            <w:r w:rsidRPr="00211D3C">
              <w:rPr>
                <w:b/>
                <w:sz w:val="16"/>
                <w:lang w:val="es-ES"/>
              </w:rPr>
              <w:t>Función/es realizadas</w:t>
            </w:r>
          </w:p>
        </w:tc>
        <w:sdt>
          <w:sdtPr>
            <w:rPr>
              <w:lang w:val="es-ES"/>
            </w:rPr>
            <w:id w:val="-1151977487"/>
            <w:placeholder>
              <w:docPart w:val="DefaultPlaceholder_1081868574"/>
            </w:placeholder>
            <w:showingPlcHdr/>
          </w:sdtPr>
          <w:sdtContent>
            <w:tc>
              <w:tcPr>
                <w:tcW w:w="6860" w:type="dxa"/>
                <w:gridSpan w:val="5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5E262B" w:rsidRPr="00211D3C" w:rsidRDefault="00F825FB" w:rsidP="00F825FB">
                <w:pPr>
                  <w:spacing w:line="240" w:lineRule="auto"/>
                  <w:rPr>
                    <w:lang w:val="es-ES"/>
                  </w:rPr>
                </w:pPr>
                <w:r w:rsidRPr="00F825FB">
                  <w:rPr>
                    <w:rStyle w:val="Textodelmarcadordeposicin"/>
                    <w:sz w:val="20"/>
                    <w:szCs w:val="20"/>
                    <w:lang w:val="es-ES"/>
                  </w:rPr>
                  <w:t>Haga clic aquí para escribir texto.</w:t>
                </w:r>
              </w:p>
            </w:tc>
          </w:sdtContent>
        </w:sdt>
      </w:tr>
      <w:tr w:rsidR="005E262B" w:rsidRPr="00F825FB" w:rsidTr="009E1290">
        <w:trPr>
          <w:trHeight w:hRule="exact" w:val="709"/>
          <w:jc w:val="center"/>
        </w:trPr>
        <w:tc>
          <w:tcPr>
            <w:tcW w:w="4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ACTIVIDAD DESARROLLADA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Fecha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inicio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Fecha final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Tipo de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jornada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(C/M/O)*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jc w:val="center"/>
              <w:rPr>
                <w:lang w:val="es-ES"/>
              </w:rPr>
            </w:pPr>
            <w:r w:rsidRPr="00211D3C">
              <w:rPr>
                <w:b/>
                <w:sz w:val="18"/>
                <w:lang w:val="es-ES"/>
              </w:rPr>
              <w:t>Duración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(nº total de</w:t>
            </w:r>
            <w:r w:rsidRPr="00211D3C">
              <w:rPr>
                <w:lang w:val="es-ES"/>
              </w:rPr>
              <w:br/>
            </w:r>
            <w:r w:rsidRPr="00211D3C">
              <w:rPr>
                <w:b/>
                <w:sz w:val="18"/>
                <w:lang w:val="es-ES"/>
              </w:rPr>
              <w:t>horas)</w:t>
            </w:r>
          </w:p>
        </w:tc>
      </w:tr>
      <w:tr w:rsidR="00F825FB" w:rsidRPr="00F825FB" w:rsidTr="008851CD">
        <w:trPr>
          <w:trHeight w:hRule="exact" w:val="312"/>
          <w:jc w:val="center"/>
        </w:trPr>
        <w:sdt>
          <w:sdtPr>
            <w:rPr>
              <w:sz w:val="18"/>
              <w:szCs w:val="18"/>
              <w:lang w:val="es-ES"/>
            </w:rPr>
            <w:id w:val="1822237877"/>
            <w:placeholder>
              <w:docPart w:val="F586D0E844B34D859F62D94D2A603997"/>
            </w:placeholder>
            <w:showingPlcHdr/>
          </w:sdtPr>
          <w:sdtContent>
            <w:tc>
              <w:tcPr>
                <w:tcW w:w="4338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F825FB" w:rsidRPr="00F825FB" w:rsidRDefault="00F825FB" w:rsidP="008851CD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2113429851"/>
            <w:placeholder>
              <w:docPart w:val="13D3684830D541B582A8A7C2230A47B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F825FB" w:rsidRPr="00F825FB" w:rsidRDefault="00F825FB" w:rsidP="008851CD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2078708897"/>
            <w:placeholder>
              <w:docPart w:val="13D3684830D541B582A8A7C2230A47B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11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F825FB" w:rsidRPr="00F825FB" w:rsidRDefault="00F825FB" w:rsidP="008851CD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306430460"/>
            <w:placeholder>
              <w:docPart w:val="D507D75B3D5843119087914DAF006106"/>
            </w:placeholder>
            <w:showingPlcHdr/>
            <w:dropDownList>
              <w:listItem w:value="Elija un elemento."/>
              <w:listItem w:displayText="Jornada completa" w:value="C"/>
              <w:listItem w:displayText="Media jornada" w:value="M"/>
              <w:listItem w:displayText="Otras" w:value="O"/>
            </w:dropDownList>
          </w:sdtPr>
          <w:sdtContent>
            <w:tc>
              <w:tcPr>
                <w:tcW w:w="99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F825FB" w:rsidRPr="00F825FB" w:rsidRDefault="00F825FB" w:rsidP="008851CD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791435613"/>
            <w:placeholder>
              <w:docPart w:val="F586D0E844B34D859F62D94D2A603997"/>
            </w:placeholder>
            <w:showingPlcHdr/>
          </w:sdtPr>
          <w:sdtContent>
            <w:tc>
              <w:tcPr>
                <w:tcW w:w="121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F825FB" w:rsidRPr="00F825FB" w:rsidRDefault="00F825FB" w:rsidP="008851CD">
                <w:pPr>
                  <w:spacing w:line="240" w:lineRule="auto"/>
                  <w:rPr>
                    <w:sz w:val="18"/>
                    <w:szCs w:val="18"/>
                    <w:lang w:val="es-ES"/>
                  </w:rPr>
                </w:pPr>
                <w:r w:rsidRPr="00F825FB">
                  <w:rPr>
                    <w:rStyle w:val="Textodelmarcadordeposicin"/>
                    <w:sz w:val="18"/>
                    <w:szCs w:val="18"/>
                    <w:lang w:val="es-ES"/>
                  </w:rPr>
                  <w:t>Haga clic aquí para escribir texto.</w:t>
                </w:r>
              </w:p>
            </w:tc>
          </w:sdtContent>
        </w:sdt>
      </w:tr>
      <w:tr w:rsidR="005E262B" w:rsidRPr="00F825FB" w:rsidTr="009E1290">
        <w:trPr>
          <w:trHeight w:hRule="exact" w:val="879"/>
          <w:jc w:val="center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E262B" w:rsidRPr="00211D3C" w:rsidRDefault="005E262B" w:rsidP="009E1290">
            <w:pPr>
              <w:spacing w:line="240" w:lineRule="auto"/>
              <w:rPr>
                <w:lang w:val="es-ES"/>
              </w:rPr>
            </w:pPr>
            <w:r w:rsidRPr="00211D3C">
              <w:rPr>
                <w:b/>
                <w:sz w:val="16"/>
                <w:lang w:val="es-ES"/>
              </w:rPr>
              <w:t>Función/es realizadas</w:t>
            </w:r>
          </w:p>
        </w:tc>
        <w:sdt>
          <w:sdtPr>
            <w:rPr>
              <w:lang w:val="es-ES"/>
            </w:rPr>
            <w:id w:val="1593668720"/>
            <w:placeholder>
              <w:docPart w:val="DefaultPlaceholder_1081868574"/>
            </w:placeholder>
            <w:showingPlcHdr/>
          </w:sdtPr>
          <w:sdtContent>
            <w:tc>
              <w:tcPr>
                <w:tcW w:w="6860" w:type="dxa"/>
                <w:gridSpan w:val="5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:rsidR="005E262B" w:rsidRPr="00211D3C" w:rsidRDefault="00F825FB" w:rsidP="009E1290">
                <w:pPr>
                  <w:spacing w:line="240" w:lineRule="auto"/>
                  <w:rPr>
                    <w:lang w:val="es-ES"/>
                  </w:rPr>
                </w:pPr>
                <w:r w:rsidRPr="00F825FB">
                  <w:rPr>
                    <w:rStyle w:val="Textodelmarcadordeposicin"/>
                    <w:sz w:val="20"/>
                    <w:szCs w:val="20"/>
                    <w:lang w:val="es-ES"/>
                  </w:rPr>
                  <w:t>Haga clic aquí para escribir texto.</w:t>
                </w:r>
              </w:p>
            </w:tc>
          </w:sdtContent>
        </w:sdt>
      </w:tr>
    </w:tbl>
    <w:p w:rsidR="00526CE1" w:rsidRPr="0001343A" w:rsidRDefault="0001343A">
      <w:pPr>
        <w:spacing w:after="200" w:line="240" w:lineRule="auto"/>
        <w:rPr>
          <w:lang w:val="es-ES"/>
        </w:rPr>
      </w:pPr>
      <w:r w:rsidRPr="0001343A">
        <w:rPr>
          <w:b/>
          <w:sz w:val="14"/>
          <w:lang w:val="es-ES"/>
        </w:rPr>
        <w:t>C: Jornada completa (8 horas); M: Media jornada (4 horas); O: Otras, indicar horas.</w:t>
      </w:r>
    </w:p>
    <w:p w:rsidR="00526CE1" w:rsidRPr="0001343A" w:rsidRDefault="0001343A" w:rsidP="005E262B">
      <w:pPr>
        <w:spacing w:after="140"/>
        <w:ind w:right="255"/>
        <w:jc w:val="both"/>
        <w:rPr>
          <w:sz w:val="20"/>
          <w:szCs w:val="20"/>
          <w:lang w:val="es-ES"/>
        </w:rPr>
      </w:pPr>
      <w:r w:rsidRPr="0001343A">
        <w:rPr>
          <w:sz w:val="20"/>
          <w:szCs w:val="20"/>
          <w:lang w:val="es-ES"/>
        </w:rPr>
        <w:t>La persona abajo firmante, declara bajo su expresa responsabilidad, que son ciertos cuantos datos figuran en el presente certificado.</w:t>
      </w:r>
    </w:p>
    <w:p w:rsidR="00526CE1" w:rsidRDefault="0001343A" w:rsidP="005E262B">
      <w:pPr>
        <w:spacing w:after="260"/>
        <w:ind w:right="255"/>
        <w:jc w:val="both"/>
        <w:rPr>
          <w:sz w:val="20"/>
          <w:szCs w:val="20"/>
          <w:lang w:val="es-ES"/>
        </w:rPr>
      </w:pPr>
      <w:r w:rsidRPr="0001343A">
        <w:rPr>
          <w:sz w:val="20"/>
          <w:szCs w:val="20"/>
          <w:lang w:val="es-ES"/>
        </w:rPr>
        <w:t>Y así se hace constar, a los efectos de justificación del historial profesional en el Procedimiento de Reconocimiento, Evaluación, Acreditación y Registro de las competencias profesionales de la Región de Murcia.</w:t>
      </w:r>
    </w:p>
    <w:p w:rsidR="004F10F9" w:rsidRPr="004F10F9" w:rsidRDefault="004F10F9" w:rsidP="004F10F9">
      <w:pPr>
        <w:spacing w:after="260"/>
        <w:ind w:right="255"/>
        <w:jc w:val="right"/>
        <w:rPr>
          <w:sz w:val="20"/>
          <w:szCs w:val="20"/>
          <w:lang w:val="es-ES"/>
        </w:rPr>
      </w:pPr>
      <w:r w:rsidRPr="004F10F9">
        <w:rPr>
          <w:sz w:val="20"/>
          <w:szCs w:val="20"/>
          <w:lang w:val="es-ES"/>
        </w:rPr>
        <w:t xml:space="preserve">En  </w:t>
      </w:r>
      <w:sdt>
        <w:sdtPr>
          <w:rPr>
            <w:sz w:val="20"/>
            <w:szCs w:val="20"/>
            <w:lang w:val="es-ES"/>
          </w:rPr>
          <w:id w:val="-2025384090"/>
          <w:placeholder>
            <w:docPart w:val="DefaultPlaceholder_1081868574"/>
          </w:placeholder>
          <w:showingPlcHdr/>
        </w:sdtPr>
        <w:sdtContent>
          <w:r w:rsidRPr="004F10F9">
            <w:rPr>
              <w:rStyle w:val="Textodelmarcadordeposicin"/>
              <w:sz w:val="20"/>
              <w:szCs w:val="20"/>
              <w:lang w:val="es-ES"/>
            </w:rPr>
            <w:t>Haga clic aquí para escribir texto.</w:t>
          </w:r>
        </w:sdtContent>
      </w:sdt>
      <w:r w:rsidRPr="004F10F9">
        <w:rPr>
          <w:sz w:val="20"/>
          <w:szCs w:val="20"/>
          <w:lang w:val="es-ES"/>
        </w:rPr>
        <w:t xml:space="preserve">   </w:t>
      </w:r>
      <w:proofErr w:type="gramStart"/>
      <w:r w:rsidRPr="004F10F9">
        <w:rPr>
          <w:sz w:val="20"/>
          <w:szCs w:val="20"/>
          <w:lang w:val="es-ES"/>
        </w:rPr>
        <w:t>a</w:t>
      </w:r>
      <w:proofErr w:type="gramEnd"/>
      <w:r w:rsidRPr="004F10F9">
        <w:rPr>
          <w:sz w:val="20"/>
          <w:szCs w:val="20"/>
          <w:lang w:val="es-ES"/>
        </w:rPr>
        <w:t xml:space="preserve">   </w:t>
      </w:r>
      <w:sdt>
        <w:sdtPr>
          <w:rPr>
            <w:sz w:val="20"/>
            <w:szCs w:val="20"/>
            <w:lang w:val="es-ES"/>
          </w:rPr>
          <w:id w:val="-226236537"/>
          <w:placeholder>
            <w:docPart w:val="DefaultPlaceholder_1081868576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4F10F9">
            <w:rPr>
              <w:rStyle w:val="Textodelmarcadordeposicin"/>
              <w:sz w:val="20"/>
              <w:szCs w:val="20"/>
              <w:lang w:val="es-ES"/>
            </w:rPr>
            <w:t>Haga clic aquí para escribir una fecha.</w:t>
          </w:r>
        </w:sdtContent>
      </w:sdt>
      <w:r w:rsidRPr="004F10F9">
        <w:rPr>
          <w:sz w:val="20"/>
          <w:szCs w:val="20"/>
          <w:lang w:val="es-ES"/>
        </w:rPr>
        <w:t xml:space="preserve">  </w:t>
      </w:r>
    </w:p>
    <w:p w:rsidR="005E262B" w:rsidRDefault="005E262B" w:rsidP="005E262B">
      <w:pPr>
        <w:spacing w:line="240" w:lineRule="auto"/>
        <w:rPr>
          <w:sz w:val="20"/>
          <w:szCs w:val="20"/>
          <w:lang w:val="es-ES"/>
        </w:rPr>
      </w:pPr>
    </w:p>
    <w:p w:rsidR="005E262B" w:rsidRDefault="005E262B" w:rsidP="005E262B">
      <w:pPr>
        <w:spacing w:line="240" w:lineRule="auto"/>
        <w:rPr>
          <w:sz w:val="20"/>
          <w:szCs w:val="20"/>
          <w:lang w:val="es-ES"/>
        </w:rPr>
      </w:pPr>
    </w:p>
    <w:p w:rsidR="00526CE1" w:rsidRDefault="0001343A" w:rsidP="004F10F9">
      <w:pPr>
        <w:spacing w:line="240" w:lineRule="auto"/>
        <w:jc w:val="center"/>
        <w:rPr>
          <w:sz w:val="20"/>
          <w:szCs w:val="20"/>
          <w:lang w:val="es-ES"/>
        </w:rPr>
      </w:pPr>
      <w:r w:rsidRPr="0001343A">
        <w:rPr>
          <w:sz w:val="20"/>
          <w:szCs w:val="20"/>
          <w:lang w:val="es-ES"/>
        </w:rPr>
        <w:t>(Sello y Firma)</w:t>
      </w:r>
    </w:p>
    <w:p w:rsidR="00AE2F0B" w:rsidRDefault="00AE2F0B" w:rsidP="00AE2F0B">
      <w:pPr>
        <w:spacing w:line="240" w:lineRule="auto"/>
        <w:ind w:left="2160" w:firstLine="720"/>
        <w:jc w:val="center"/>
        <w:rPr>
          <w:sz w:val="20"/>
          <w:szCs w:val="20"/>
          <w:lang w:val="es-ES"/>
        </w:rPr>
      </w:pPr>
    </w:p>
    <w:p w:rsidR="00AE2F0B" w:rsidRDefault="00AE2F0B" w:rsidP="00AE2F0B">
      <w:pPr>
        <w:spacing w:line="240" w:lineRule="auto"/>
        <w:ind w:left="2160" w:firstLine="720"/>
        <w:jc w:val="center"/>
        <w:rPr>
          <w:sz w:val="20"/>
          <w:szCs w:val="20"/>
          <w:lang w:val="es-ES"/>
        </w:rPr>
      </w:pPr>
    </w:p>
    <w:p w:rsidR="00AE2F0B" w:rsidRDefault="00AE2F0B" w:rsidP="00AE2F0B">
      <w:pPr>
        <w:spacing w:line="240" w:lineRule="auto"/>
        <w:ind w:left="2160" w:firstLine="720"/>
        <w:jc w:val="center"/>
        <w:rPr>
          <w:sz w:val="20"/>
          <w:szCs w:val="20"/>
          <w:lang w:val="es-ES"/>
        </w:rPr>
      </w:pPr>
    </w:p>
    <w:p w:rsidR="00AE2F0B" w:rsidRDefault="00AE2F0B" w:rsidP="00AE2F0B">
      <w:pPr>
        <w:spacing w:line="240" w:lineRule="auto"/>
        <w:ind w:left="2160" w:firstLine="720"/>
        <w:jc w:val="center"/>
        <w:rPr>
          <w:sz w:val="20"/>
          <w:szCs w:val="20"/>
          <w:lang w:val="es-ES"/>
        </w:rPr>
      </w:pPr>
    </w:p>
    <w:p w:rsidR="00AE2F0B" w:rsidRDefault="00AE2F0B" w:rsidP="00AE2F0B">
      <w:pPr>
        <w:spacing w:line="240" w:lineRule="auto"/>
        <w:ind w:left="2160" w:firstLine="720"/>
        <w:jc w:val="center"/>
        <w:rPr>
          <w:sz w:val="20"/>
          <w:szCs w:val="20"/>
          <w:lang w:val="es-ES"/>
        </w:rPr>
      </w:pPr>
    </w:p>
    <w:p w:rsidR="00AE2F0B" w:rsidRDefault="00AE2F0B" w:rsidP="00AE2F0B">
      <w:pPr>
        <w:spacing w:line="240" w:lineRule="auto"/>
        <w:ind w:left="2160" w:firstLine="720"/>
        <w:jc w:val="center"/>
        <w:rPr>
          <w:sz w:val="20"/>
          <w:szCs w:val="20"/>
          <w:lang w:val="es-ES"/>
        </w:rPr>
      </w:pPr>
    </w:p>
    <w:p w:rsidR="00AE2F0B" w:rsidRPr="00993F6B" w:rsidRDefault="00AE2F0B" w:rsidP="00AE2F0B">
      <w:pPr>
        <w:pStyle w:val="NormalWeb"/>
        <w:spacing w:line="300" w:lineRule="atLeast"/>
        <w:jc w:val="center"/>
        <w:rPr>
          <w:rFonts w:ascii="Arial" w:hAnsi="Arial" w:cs="Arial"/>
          <w:sz w:val="20"/>
          <w:szCs w:val="20"/>
        </w:rPr>
      </w:pPr>
      <w:r w:rsidRPr="00993F6B">
        <w:rPr>
          <w:rFonts w:ascii="Arial" w:hAnsi="Arial" w:cs="Arial"/>
          <w:sz w:val="20"/>
          <w:szCs w:val="20"/>
          <w:u w:val="single"/>
        </w:rPr>
        <w:t>Instrucciones</w:t>
      </w:r>
      <w:r w:rsidRPr="00993F6B">
        <w:rPr>
          <w:rFonts w:ascii="Arial" w:hAnsi="Arial" w:cs="Arial"/>
          <w:sz w:val="20"/>
          <w:szCs w:val="20"/>
        </w:rPr>
        <w:t>:</w:t>
      </w:r>
    </w:p>
    <w:p w:rsidR="00AE2F0B" w:rsidRPr="00993F6B" w:rsidRDefault="00AE2F0B" w:rsidP="00AE2F0B">
      <w:pPr>
        <w:pStyle w:val="NormalWeb"/>
        <w:numPr>
          <w:ilvl w:val="0"/>
          <w:numId w:val="10"/>
        </w:numPr>
        <w:spacing w:line="300" w:lineRule="atLeast"/>
        <w:ind w:left="567" w:hanging="567"/>
        <w:jc w:val="both"/>
        <w:rPr>
          <w:rFonts w:ascii="Arial" w:hAnsi="Arial" w:cs="Arial"/>
          <w:sz w:val="20"/>
          <w:szCs w:val="20"/>
        </w:rPr>
      </w:pPr>
      <w:r w:rsidRPr="00993F6B">
        <w:rPr>
          <w:rFonts w:ascii="Arial" w:hAnsi="Arial" w:cs="Arial"/>
          <w:sz w:val="20"/>
          <w:szCs w:val="20"/>
        </w:rPr>
        <w:t>El certificado deberá estar firmado por la persona representante legal de la empresa, preferentemente mediante firma electrónica. En caso de firma manuscrita, deberá constar la identificación y cargo de la persona firmante y tendrá que ir acompañada del sello de la empresa.</w:t>
      </w:r>
    </w:p>
    <w:p w:rsidR="00AE2F0B" w:rsidRPr="00993F6B" w:rsidRDefault="00AE2F0B" w:rsidP="00AE2F0B">
      <w:pPr>
        <w:pStyle w:val="NormalWeb"/>
        <w:numPr>
          <w:ilvl w:val="0"/>
          <w:numId w:val="10"/>
        </w:numPr>
        <w:spacing w:line="300" w:lineRule="atLeast"/>
        <w:ind w:left="567" w:hanging="567"/>
        <w:jc w:val="both"/>
        <w:rPr>
          <w:rFonts w:ascii="Arial" w:hAnsi="Arial" w:cs="Arial"/>
          <w:sz w:val="20"/>
          <w:szCs w:val="20"/>
        </w:rPr>
      </w:pPr>
      <w:r w:rsidRPr="00993F6B">
        <w:rPr>
          <w:rFonts w:ascii="Arial" w:hAnsi="Arial" w:cs="Arial"/>
          <w:sz w:val="20"/>
          <w:szCs w:val="20"/>
        </w:rPr>
        <w:t>La estampación del sello de la empresa tendrá carácter complementario y no sustituirá la firma de la persona responsable.</w:t>
      </w:r>
    </w:p>
    <w:p w:rsidR="00AE2F0B" w:rsidRPr="0001343A" w:rsidRDefault="00AE2F0B" w:rsidP="00AE2F0B">
      <w:pPr>
        <w:spacing w:line="240" w:lineRule="auto"/>
        <w:ind w:left="2160" w:firstLine="720"/>
        <w:jc w:val="center"/>
        <w:rPr>
          <w:sz w:val="20"/>
          <w:szCs w:val="20"/>
          <w:lang w:val="es-ES"/>
        </w:rPr>
      </w:pPr>
    </w:p>
    <w:sectPr w:rsidR="00AE2F0B" w:rsidRPr="0001343A" w:rsidSect="0001343A">
      <w:headerReference w:type="default" r:id="rId8"/>
      <w:pgSz w:w="11906" w:h="16838"/>
      <w:pgMar w:top="879" w:right="1559" w:bottom="822" w:left="1559" w:header="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108" w:rsidRDefault="0001343A">
      <w:pPr>
        <w:spacing w:line="240" w:lineRule="auto"/>
      </w:pPr>
      <w:r>
        <w:separator/>
      </w:r>
    </w:p>
  </w:endnote>
  <w:endnote w:type="continuationSeparator" w:id="0">
    <w:p w:rsidR="001B5108" w:rsidRDefault="000134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108" w:rsidRDefault="0001343A">
      <w:pPr>
        <w:spacing w:line="240" w:lineRule="auto"/>
      </w:pPr>
      <w:r>
        <w:separator/>
      </w:r>
    </w:p>
  </w:footnote>
  <w:footnote w:type="continuationSeparator" w:id="0">
    <w:p w:rsidR="001B5108" w:rsidRDefault="0001343A">
      <w:pPr>
        <w:spacing w:line="240" w:lineRule="auto"/>
      </w:pPr>
      <w:r>
        <w:continuationSeparator/>
      </w:r>
    </w:p>
  </w:footnote>
  <w:footnote w:id="1">
    <w:p w:rsidR="00AE2F0B" w:rsidRPr="00AE2F0B" w:rsidRDefault="00AE2F0B" w:rsidP="00AE2F0B">
      <w:pPr>
        <w:pStyle w:val="Textonotapie"/>
        <w:rPr>
          <w:sz w:val="16"/>
          <w:szCs w:val="16"/>
          <w:lang w:val="es-ES"/>
        </w:rPr>
      </w:pPr>
      <w:r w:rsidRPr="00AE2F0B">
        <w:rPr>
          <w:rStyle w:val="Refdenotaalpie"/>
          <w:lang w:val="es-ES"/>
        </w:rPr>
        <w:footnoteRef/>
      </w:r>
      <w:r w:rsidRPr="00AE2F0B">
        <w:rPr>
          <w:lang w:val="es-ES"/>
        </w:rPr>
        <w:t xml:space="preserve"> </w:t>
      </w:r>
      <w:r w:rsidRPr="00AE2F0B">
        <w:rPr>
          <w:sz w:val="16"/>
          <w:szCs w:val="16"/>
          <w:lang w:val="es-ES"/>
        </w:rPr>
        <w:t>Instrucciones al dorso</w:t>
      </w:r>
    </w:p>
    <w:p w:rsidR="00AE2F0B" w:rsidRPr="00AE2F0B" w:rsidRDefault="00AE2F0B">
      <w:pPr>
        <w:pStyle w:val="Textonotapie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835" w:rsidRDefault="0001343A">
    <w:pPr>
      <w:pStyle w:val="Encabezado"/>
    </w:pPr>
    <w:r>
      <w:rPr>
        <w:noProof/>
        <w:lang w:val="es-ES" w:eastAsia="es-ES"/>
      </w:rPr>
      <w:drawing>
        <wp:inline distT="0" distB="0" distL="0" distR="0" wp14:anchorId="1E3AE1F7" wp14:editId="53FB7FBF">
          <wp:extent cx="5398088" cy="1304220"/>
          <wp:effectExtent l="0" t="0" r="0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050" cy="1309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26CE1" w:rsidRDefault="005B7835" w:rsidP="005B7835">
    <w:pPr>
      <w:pStyle w:val="Encabezado"/>
      <w:jc w:val="right"/>
    </w:pPr>
    <w:r>
      <w:t>P-3596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A52BE3"/>
    <w:multiLevelType w:val="hybridMultilevel"/>
    <w:tmpl w:val="9D72AA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43A"/>
    <w:rsid w:val="00034616"/>
    <w:rsid w:val="0006063C"/>
    <w:rsid w:val="0015074B"/>
    <w:rsid w:val="001B5108"/>
    <w:rsid w:val="0029639D"/>
    <w:rsid w:val="002D50D4"/>
    <w:rsid w:val="00326F90"/>
    <w:rsid w:val="004F10F9"/>
    <w:rsid w:val="00526CE1"/>
    <w:rsid w:val="005B7835"/>
    <w:rsid w:val="005E262B"/>
    <w:rsid w:val="00993F6B"/>
    <w:rsid w:val="00AA1D8D"/>
    <w:rsid w:val="00AE2F0B"/>
    <w:rsid w:val="00B47730"/>
    <w:rsid w:val="00CB0664"/>
    <w:rsid w:val="00F825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2ACCF3C-7079-41A3-A4A5-A73996E5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E2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E2F0B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E2F0B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E2F0B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F825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4706F8617354CC8BFD7F1C6824BB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B6D76-F3F2-4911-B12B-9CC576840E02}"/>
      </w:docPartPr>
      <w:docPartBody>
        <w:p w:rsidR="00000000" w:rsidRDefault="002E6296" w:rsidP="002E6296">
          <w:pPr>
            <w:pStyle w:val="A4706F8617354CC8BFD7F1C6824BBD4A"/>
          </w:pPr>
          <w:r w:rsidRPr="00AB07D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27C80A776D4421D920473BD69484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32A4F-FAA9-4D28-801F-DB9AAE2952D2}"/>
      </w:docPartPr>
      <w:docPartBody>
        <w:p w:rsidR="00000000" w:rsidRDefault="002E6296" w:rsidP="002E6296">
          <w:pPr>
            <w:pStyle w:val="027C80A776D4421D920473BD69484D8E"/>
          </w:pPr>
          <w:r w:rsidRPr="00AB07D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34F52-4342-4203-87C8-6B28F35E9F7E}"/>
      </w:docPartPr>
      <w:docPartBody>
        <w:p w:rsidR="00000000" w:rsidRDefault="002E6296">
          <w:r w:rsidRPr="00DE3E0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BD451-CEC8-43FB-9A0F-37CCB41CCEE5}"/>
      </w:docPartPr>
      <w:docPartBody>
        <w:p w:rsidR="00000000" w:rsidRDefault="002E6296">
          <w:r w:rsidRPr="00DE3E0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F2B25-0D7B-4703-BFA0-7E9FDA3D1760}"/>
      </w:docPartPr>
      <w:docPartBody>
        <w:p w:rsidR="00000000" w:rsidRDefault="002E6296">
          <w:r w:rsidRPr="00DE3E0A">
            <w:rPr>
              <w:rStyle w:val="Textodelmarcadordeposicin"/>
            </w:rPr>
            <w:t>Elija un elemento.</w:t>
          </w:r>
        </w:p>
      </w:docPartBody>
    </w:docPart>
    <w:docPart>
      <w:docPartPr>
        <w:name w:val="F586D0E844B34D859F62D94D2A603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572BB-BDB9-4FC8-8757-6CBD4AB4B343}"/>
      </w:docPartPr>
      <w:docPartBody>
        <w:p w:rsidR="00000000" w:rsidRDefault="002E6296" w:rsidP="002E6296">
          <w:pPr>
            <w:pStyle w:val="F586D0E844B34D859F62D94D2A603997"/>
          </w:pPr>
          <w:r w:rsidRPr="00DE3E0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3D3684830D541B582A8A7C2230A4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42218-8AB9-4C43-A78F-9CAABA88B0E4}"/>
      </w:docPartPr>
      <w:docPartBody>
        <w:p w:rsidR="00000000" w:rsidRDefault="002E6296" w:rsidP="002E6296">
          <w:pPr>
            <w:pStyle w:val="13D3684830D541B582A8A7C2230A47B6"/>
          </w:pPr>
          <w:r w:rsidRPr="00DE3E0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507D75B3D5843119087914DAF006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36C9F-8308-4E15-AC42-9973247C7020}"/>
      </w:docPartPr>
      <w:docPartBody>
        <w:p w:rsidR="00000000" w:rsidRDefault="002E6296" w:rsidP="002E6296">
          <w:pPr>
            <w:pStyle w:val="D507D75B3D5843119087914DAF006106"/>
          </w:pPr>
          <w:r w:rsidRPr="00DE3E0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296"/>
    <w:rsid w:val="002E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E6296"/>
    <w:rPr>
      <w:color w:val="808080"/>
    </w:rPr>
  </w:style>
  <w:style w:type="paragraph" w:customStyle="1" w:styleId="A4706F8617354CC8BFD7F1C6824BBD4A">
    <w:name w:val="A4706F8617354CC8BFD7F1C6824BBD4A"/>
    <w:rsid w:val="002E6296"/>
  </w:style>
  <w:style w:type="paragraph" w:customStyle="1" w:styleId="027C80A776D4421D920473BD69484D8E">
    <w:name w:val="027C80A776D4421D920473BD69484D8E"/>
    <w:rsid w:val="002E6296"/>
  </w:style>
  <w:style w:type="paragraph" w:customStyle="1" w:styleId="F586D0E844B34D859F62D94D2A603997">
    <w:name w:val="F586D0E844B34D859F62D94D2A603997"/>
    <w:rsid w:val="002E6296"/>
  </w:style>
  <w:style w:type="paragraph" w:customStyle="1" w:styleId="13D3684830D541B582A8A7C2230A47B6">
    <w:name w:val="13D3684830D541B582A8A7C2230A47B6"/>
    <w:rsid w:val="002E6296"/>
  </w:style>
  <w:style w:type="paragraph" w:customStyle="1" w:styleId="D507D75B3D5843119087914DAF006106">
    <w:name w:val="D507D75B3D5843119087914DAF006106"/>
    <w:rsid w:val="002E62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9A726E-3363-400F-84C6-BE2DEE851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363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IBAÑEZ LOPEZ, PILAR</cp:lastModifiedBy>
  <cp:revision>9</cp:revision>
  <dcterms:created xsi:type="dcterms:W3CDTF">2026-09-22T09:41:00Z</dcterms:created>
  <dcterms:modified xsi:type="dcterms:W3CDTF">2026-10-05T08:30:00Z</dcterms:modified>
  <cp:category/>
</cp:coreProperties>
</file>