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302" w:rsidRPr="00D879C5" w:rsidRDefault="00F55293">
      <w:pPr>
        <w:spacing w:before="300" w:after="480" w:line="240" w:lineRule="auto"/>
        <w:jc w:val="center"/>
        <w:rPr>
          <w:lang w:val="es-ES"/>
        </w:rPr>
      </w:pPr>
      <w:r w:rsidRPr="00D879C5">
        <w:rPr>
          <w:b/>
          <w:sz w:val="26"/>
          <w:lang w:val="es-ES"/>
        </w:rPr>
        <w:t xml:space="preserve">DECLARACIÓN </w:t>
      </w:r>
      <w:r w:rsidR="003456C7">
        <w:rPr>
          <w:b/>
          <w:sz w:val="26"/>
          <w:lang w:val="es-ES"/>
        </w:rPr>
        <w:t>RESPONSABLE DE ACTIVIDAD PROFESIONAL COMO</w:t>
      </w:r>
      <w:r w:rsidRPr="00D879C5">
        <w:rPr>
          <w:b/>
          <w:sz w:val="26"/>
          <w:lang w:val="es-ES"/>
        </w:rPr>
        <w:t xml:space="preserve"> TRABAJADOR/A AUTÓNOMO</w:t>
      </w:r>
    </w:p>
    <w:p w:rsidR="00206302" w:rsidRPr="00D879C5" w:rsidRDefault="00F55293" w:rsidP="00F55293">
      <w:pPr>
        <w:spacing w:after="100" w:line="360" w:lineRule="auto"/>
        <w:jc w:val="both"/>
        <w:rPr>
          <w:lang w:val="es-ES"/>
        </w:rPr>
      </w:pPr>
      <w:r w:rsidRPr="00D879C5">
        <w:rPr>
          <w:sz w:val="20"/>
          <w:lang w:val="es-ES"/>
        </w:rPr>
        <w:t xml:space="preserve">Don / </w:t>
      </w:r>
      <w:proofErr w:type="spellStart"/>
      <w:r w:rsidRPr="00D879C5">
        <w:rPr>
          <w:sz w:val="20"/>
          <w:lang w:val="es-ES"/>
        </w:rPr>
        <w:t>Dña</w:t>
      </w:r>
      <w:proofErr w:type="spellEnd"/>
      <w:r w:rsidR="00203163">
        <w:rPr>
          <w:sz w:val="20"/>
          <w:lang w:val="es-ES"/>
        </w:rPr>
        <w:t xml:space="preserve"> </w:t>
      </w:r>
      <w:sdt>
        <w:sdtPr>
          <w:rPr>
            <w:sz w:val="20"/>
            <w:lang w:val="es-ES"/>
          </w:rPr>
          <w:id w:val="-1436358958"/>
          <w:placeholder>
            <w:docPart w:val="DefaultPlaceholder_1081868574"/>
          </w:placeholder>
          <w:showingPlcHdr/>
        </w:sdtPr>
        <w:sdtContent>
          <w:r w:rsidR="00203163" w:rsidRPr="00203163">
            <w:rPr>
              <w:rStyle w:val="Textodelmarcadordeposicin"/>
              <w:lang w:val="es-ES"/>
            </w:rPr>
            <w:t>Haga clic aquí para escribir texto.</w:t>
          </w:r>
        </w:sdtContent>
      </w:sdt>
      <w:r w:rsidRPr="00D879C5">
        <w:rPr>
          <w:sz w:val="20"/>
          <w:lang w:val="es-ES"/>
        </w:rPr>
        <w:t>,</w:t>
      </w:r>
      <w:r>
        <w:rPr>
          <w:sz w:val="20"/>
          <w:lang w:val="es-ES"/>
        </w:rPr>
        <w:t xml:space="preserve"> </w:t>
      </w:r>
      <w:r w:rsidRPr="00D879C5">
        <w:rPr>
          <w:sz w:val="20"/>
          <w:lang w:val="es-ES"/>
        </w:rPr>
        <w:t>con</w:t>
      </w:r>
      <w:r>
        <w:rPr>
          <w:sz w:val="20"/>
          <w:lang w:val="es-ES"/>
        </w:rPr>
        <w:t xml:space="preserve"> </w:t>
      </w:r>
      <w:r w:rsidRPr="00D879C5">
        <w:rPr>
          <w:sz w:val="20"/>
          <w:lang w:val="es-ES"/>
        </w:rPr>
        <w:t>DNI/NIE</w:t>
      </w:r>
      <w:r w:rsidR="00203163">
        <w:rPr>
          <w:sz w:val="20"/>
          <w:lang w:val="es-ES"/>
        </w:rPr>
        <w:t xml:space="preserve"> nº </w:t>
      </w:r>
      <w:sdt>
        <w:sdtPr>
          <w:rPr>
            <w:sz w:val="20"/>
            <w:lang w:val="es-ES"/>
          </w:rPr>
          <w:id w:val="-2143033079"/>
          <w:placeholder>
            <w:docPart w:val="DefaultPlaceholder_1081868574"/>
          </w:placeholder>
          <w:showingPlcHdr/>
        </w:sdtPr>
        <w:sdtContent>
          <w:r w:rsidR="00203163" w:rsidRPr="00203163">
            <w:rPr>
              <w:rStyle w:val="Textodelmarcadordeposicin"/>
              <w:lang w:val="es-ES"/>
            </w:rPr>
            <w:t>Haga clic aquí para escribir texto.</w:t>
          </w:r>
        </w:sdtContent>
      </w:sdt>
      <w:r w:rsidR="003456C7">
        <w:rPr>
          <w:lang w:val="es-ES"/>
        </w:rPr>
        <w:t xml:space="preserve">, actuando en nombre propio, </w:t>
      </w:r>
    </w:p>
    <w:p w:rsidR="00206302" w:rsidRPr="00D879C5" w:rsidRDefault="00F55293" w:rsidP="004C0765">
      <w:pPr>
        <w:spacing w:after="240" w:line="240" w:lineRule="auto"/>
        <w:jc w:val="center"/>
        <w:rPr>
          <w:lang w:val="es-ES"/>
        </w:rPr>
      </w:pPr>
      <w:r w:rsidRPr="00D879C5">
        <w:rPr>
          <w:b/>
          <w:sz w:val="24"/>
          <w:lang w:val="es-ES"/>
        </w:rPr>
        <w:t xml:space="preserve">DECLARA </w:t>
      </w:r>
      <w:r w:rsidR="003456C7">
        <w:rPr>
          <w:b/>
          <w:sz w:val="24"/>
          <w:lang w:val="es-ES"/>
        </w:rPr>
        <w:t>RESPONSABLEMENTE</w:t>
      </w:r>
      <w:r w:rsidRPr="00D879C5">
        <w:rPr>
          <w:b/>
          <w:sz w:val="24"/>
          <w:lang w:val="es-ES"/>
        </w:rPr>
        <w:t>:</w:t>
      </w:r>
    </w:p>
    <w:p w:rsidR="00F06EFA" w:rsidRDefault="00F06EFA" w:rsidP="00F06EFA">
      <w:pPr>
        <w:spacing w:line="300" w:lineRule="atLeast"/>
        <w:jc w:val="both"/>
        <w:rPr>
          <w:rFonts w:eastAsia="Times New Roman" w:cs="Arial"/>
          <w:sz w:val="20"/>
          <w:szCs w:val="20"/>
          <w:lang w:val="es-ES" w:eastAsia="es-ES"/>
        </w:rPr>
      </w:pPr>
      <w:r w:rsidRPr="00F06EFA">
        <w:rPr>
          <w:rFonts w:eastAsia="Times New Roman" w:cs="Arial"/>
          <w:sz w:val="20"/>
          <w:szCs w:val="20"/>
          <w:lang w:val="es-ES" w:eastAsia="es-ES"/>
        </w:rPr>
        <w:t>Que ha estado dado de alta en el Régimen Especial de Trabajadores por Cuenta Propia o Autónomos (RETA) y ha desarrollado la siguiente actividad económica, oficio o profesión durante los períodos que se indican a continuación:</w:t>
      </w:r>
    </w:p>
    <w:p w:rsidR="00F06EFA" w:rsidRPr="00F06EFA" w:rsidRDefault="00F06EFA" w:rsidP="00F06EFA">
      <w:pPr>
        <w:spacing w:line="300" w:lineRule="atLeast"/>
        <w:jc w:val="both"/>
        <w:rPr>
          <w:rFonts w:eastAsia="Times New Roman" w:cs="Arial"/>
          <w:sz w:val="20"/>
          <w:szCs w:val="20"/>
          <w:lang w:val="es-ES" w:eastAsia="es-ES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922"/>
        <w:gridCol w:w="1066"/>
        <w:gridCol w:w="842"/>
        <w:gridCol w:w="938"/>
      </w:tblGrid>
      <w:tr w:rsidR="004C0765" w:rsidRPr="00D36031" w:rsidTr="004C0765">
        <w:trPr>
          <w:trHeight w:hRule="exact" w:val="703"/>
          <w:jc w:val="center"/>
        </w:trPr>
        <w:tc>
          <w:tcPr>
            <w:tcW w:w="3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0765" w:rsidRPr="002C09BC" w:rsidRDefault="004C0765" w:rsidP="00D36031">
            <w:pPr>
              <w:spacing w:line="240" w:lineRule="auto"/>
              <w:jc w:val="center"/>
              <w:rPr>
                <w:lang w:val="es-ES"/>
              </w:rPr>
            </w:pPr>
            <w:r w:rsidRPr="002C09BC">
              <w:rPr>
                <w:b/>
                <w:sz w:val="17"/>
                <w:lang w:val="es-ES"/>
              </w:rPr>
              <w:t xml:space="preserve">ACTIVIDAD </w:t>
            </w:r>
            <w:r w:rsidR="00F06EFA">
              <w:rPr>
                <w:b/>
                <w:sz w:val="17"/>
                <w:lang w:val="es-ES"/>
              </w:rPr>
              <w:t xml:space="preserve">PROFESIONAL </w:t>
            </w:r>
            <w:r w:rsidRPr="002C09BC">
              <w:rPr>
                <w:b/>
                <w:sz w:val="17"/>
                <w:lang w:val="es-ES"/>
              </w:rPr>
              <w:t>DESARROLLADA</w:t>
            </w:r>
            <w:r w:rsidR="00D36031">
              <w:rPr>
                <w:b/>
                <w:sz w:val="17"/>
                <w:lang w:val="es-ES"/>
              </w:rPr>
              <w:t xml:space="preserve"> </w:t>
            </w:r>
            <w:r w:rsidR="002C09BC" w:rsidRPr="00F06EFA">
              <w:rPr>
                <w:b/>
                <w:sz w:val="16"/>
                <w:szCs w:val="16"/>
                <w:lang w:val="es-ES"/>
              </w:rPr>
              <w:t xml:space="preserve">(detallar </w:t>
            </w:r>
            <w:r w:rsidR="00D36031">
              <w:rPr>
                <w:b/>
                <w:sz w:val="16"/>
                <w:szCs w:val="16"/>
                <w:lang w:val="es-ES"/>
              </w:rPr>
              <w:t xml:space="preserve">las </w:t>
            </w:r>
            <w:r w:rsidR="002C09BC" w:rsidRPr="00F06EFA">
              <w:rPr>
                <w:b/>
                <w:sz w:val="16"/>
                <w:szCs w:val="16"/>
                <w:lang w:val="es-ES"/>
              </w:rPr>
              <w:t>funciones y tareas desempeñadas)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0765" w:rsidRPr="00D879C5" w:rsidRDefault="00F06EFA" w:rsidP="00F06EFA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b/>
                <w:sz w:val="17"/>
                <w:lang w:val="es-ES"/>
              </w:rPr>
              <w:t>Dedicación</w:t>
            </w:r>
            <w:r w:rsidR="004C0765" w:rsidRPr="00D879C5">
              <w:rPr>
                <w:lang w:val="es-ES"/>
              </w:rPr>
              <w:br/>
            </w:r>
            <w:r w:rsidR="004C0765" w:rsidRPr="00D879C5">
              <w:rPr>
                <w:b/>
                <w:sz w:val="17"/>
                <w:lang w:val="es-ES"/>
              </w:rPr>
              <w:t>(C/</w:t>
            </w:r>
            <w:r>
              <w:rPr>
                <w:b/>
                <w:sz w:val="17"/>
                <w:lang w:val="es-ES"/>
              </w:rPr>
              <w:t>P</w:t>
            </w:r>
            <w:r w:rsidR="004C0765" w:rsidRPr="00D879C5">
              <w:rPr>
                <w:b/>
                <w:sz w:val="17"/>
                <w:lang w:val="es-ES"/>
              </w:rPr>
              <w:t>/O)*</w:t>
            </w:r>
          </w:p>
        </w:tc>
        <w:tc>
          <w:tcPr>
            <w:tcW w:w="4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0765" w:rsidRPr="00F06EFA" w:rsidRDefault="004C0765">
            <w:pPr>
              <w:spacing w:line="240" w:lineRule="auto"/>
              <w:jc w:val="center"/>
              <w:rPr>
                <w:lang w:val="es-ES"/>
              </w:rPr>
            </w:pPr>
            <w:r w:rsidRPr="00F06EFA">
              <w:rPr>
                <w:b/>
                <w:sz w:val="17"/>
                <w:lang w:val="es-ES"/>
              </w:rPr>
              <w:t>Fecha</w:t>
            </w:r>
            <w:r w:rsidR="00D36031">
              <w:rPr>
                <w:b/>
                <w:sz w:val="17"/>
                <w:lang w:val="es-ES"/>
              </w:rPr>
              <w:t xml:space="preserve"> de</w:t>
            </w:r>
            <w:r w:rsidRPr="00F06EFA">
              <w:rPr>
                <w:lang w:val="es-ES"/>
              </w:rPr>
              <w:br/>
            </w:r>
            <w:r w:rsidR="00D36031">
              <w:rPr>
                <w:b/>
                <w:sz w:val="17"/>
                <w:lang w:val="es-ES"/>
              </w:rPr>
              <w:t>i</w:t>
            </w:r>
            <w:r w:rsidRPr="00F06EFA">
              <w:rPr>
                <w:b/>
                <w:sz w:val="17"/>
                <w:lang w:val="es-ES"/>
              </w:rPr>
              <w:t>nicio</w:t>
            </w: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0765" w:rsidRPr="00D36031" w:rsidRDefault="004C0765">
            <w:pPr>
              <w:spacing w:line="240" w:lineRule="auto"/>
              <w:jc w:val="center"/>
              <w:rPr>
                <w:lang w:val="es-ES"/>
              </w:rPr>
            </w:pPr>
            <w:r w:rsidRPr="00D36031">
              <w:rPr>
                <w:b/>
                <w:sz w:val="17"/>
                <w:lang w:val="es-ES"/>
              </w:rPr>
              <w:t>Fecha</w:t>
            </w:r>
            <w:r w:rsidR="00D36031" w:rsidRPr="00D36031">
              <w:rPr>
                <w:b/>
                <w:sz w:val="17"/>
                <w:lang w:val="es-ES"/>
              </w:rPr>
              <w:t xml:space="preserve"> de</w:t>
            </w:r>
            <w:r w:rsidRPr="00D36031">
              <w:rPr>
                <w:lang w:val="es-ES"/>
              </w:rPr>
              <w:br/>
            </w:r>
            <w:r w:rsidR="00D36031">
              <w:rPr>
                <w:b/>
                <w:sz w:val="17"/>
                <w:lang w:val="es-ES"/>
              </w:rPr>
              <w:t>f</w:t>
            </w:r>
            <w:r w:rsidRPr="00D36031">
              <w:rPr>
                <w:b/>
                <w:sz w:val="17"/>
                <w:lang w:val="es-ES"/>
              </w:rPr>
              <w:t>in</w:t>
            </w:r>
          </w:p>
        </w:tc>
      </w:tr>
      <w:tr w:rsidR="00203163" w:rsidRPr="00203163" w:rsidTr="008356AA">
        <w:trPr>
          <w:trHeight w:hRule="exact" w:val="805"/>
          <w:jc w:val="center"/>
        </w:trPr>
        <w:sdt>
          <w:sdtPr>
            <w:rPr>
              <w:sz w:val="20"/>
              <w:szCs w:val="20"/>
              <w:lang w:val="es-ES"/>
            </w:rPr>
            <w:id w:val="-1855636315"/>
            <w:placeholder>
              <w:docPart w:val="B20E1C130201405EAFB03CB100393287"/>
            </w:placeholder>
            <w:showingPlcHdr/>
          </w:sdtPr>
          <w:sdtContent>
            <w:tc>
              <w:tcPr>
                <w:tcW w:w="3377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  <w:vAlign w:val="center"/>
              </w:tcPr>
              <w:p w:rsidR="00203163" w:rsidRPr="00892C72" w:rsidRDefault="00203163" w:rsidP="00203163">
                <w:pPr>
                  <w:spacing w:line="240" w:lineRule="auto"/>
                  <w:rPr>
                    <w:sz w:val="20"/>
                    <w:szCs w:val="20"/>
                    <w:lang w:val="es-ES"/>
                  </w:rPr>
                </w:pPr>
                <w:r w:rsidRPr="00892C72">
                  <w:rPr>
                    <w:rStyle w:val="Textodelmarcadordeposicin"/>
                    <w:sz w:val="20"/>
                    <w:szCs w:val="20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lang w:val="es-ES"/>
            </w:rPr>
            <w:id w:val="1699889411"/>
            <w:placeholder>
              <w:docPart w:val="FF439A91B459447D929D507DC8A5A6C4"/>
            </w:placeholder>
            <w:showingPlcHdr/>
            <w:dropDownList>
              <w:listItem w:value="Elija un elemento."/>
              <w:listItem w:displayText="Completa" w:value="C"/>
              <w:listItem w:displayText="Parcial" w:value="P"/>
              <w:listItem w:displayText="Otras/ indicar horas semanales" w:value=""/>
            </w:dropDownList>
          </w:sdtPr>
          <w:sdtContent>
            <w:tc>
              <w:tcPr>
                <w:tcW w:w="608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</w:tcPr>
              <w:p w:rsidR="00203163" w:rsidRDefault="00203163" w:rsidP="00203163">
                <w:r w:rsidRPr="00892C72">
                  <w:rPr>
                    <w:rStyle w:val="Textodelmarcadordeposicin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325893642"/>
            <w:placeholder>
              <w:docPart w:val="AF0FFE9BD33745D695CE82A977DC5A5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480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  <w:vAlign w:val="center"/>
              </w:tcPr>
              <w:p w:rsidR="00203163" w:rsidRPr="00203163" w:rsidRDefault="00203163" w:rsidP="00203163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203163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515900358"/>
            <w:placeholder>
              <w:docPart w:val="AF0FFE9BD33745D695CE82A977DC5A5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535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  <w:vAlign w:val="center"/>
              </w:tcPr>
              <w:p w:rsidR="00203163" w:rsidRPr="00203163" w:rsidRDefault="00203163" w:rsidP="00203163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203163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una fecha.</w:t>
                </w:r>
              </w:p>
            </w:tc>
          </w:sdtContent>
        </w:sdt>
      </w:tr>
      <w:tr w:rsidR="00203163" w:rsidRPr="00203163" w:rsidTr="008356AA">
        <w:trPr>
          <w:trHeight w:hRule="exact" w:val="805"/>
          <w:jc w:val="center"/>
        </w:trPr>
        <w:sdt>
          <w:sdtPr>
            <w:rPr>
              <w:sz w:val="20"/>
              <w:szCs w:val="20"/>
              <w:lang w:val="es-ES"/>
            </w:rPr>
            <w:id w:val="-506215035"/>
            <w:placeholder>
              <w:docPart w:val="B20E1C130201405EAFB03CB100393287"/>
            </w:placeholder>
            <w:showingPlcHdr/>
          </w:sdtPr>
          <w:sdtContent>
            <w:bookmarkStart w:id="0" w:name="_GoBack" w:displacedByCustomXml="prev"/>
            <w:tc>
              <w:tcPr>
                <w:tcW w:w="3377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  <w:vAlign w:val="center"/>
              </w:tcPr>
              <w:p w:rsidR="00203163" w:rsidRPr="00892C72" w:rsidRDefault="00203163" w:rsidP="00203163">
                <w:pPr>
                  <w:spacing w:line="240" w:lineRule="auto"/>
                  <w:rPr>
                    <w:sz w:val="20"/>
                    <w:szCs w:val="20"/>
                    <w:lang w:val="es-ES"/>
                  </w:rPr>
                </w:pPr>
                <w:r w:rsidRPr="00892C72">
                  <w:rPr>
                    <w:rStyle w:val="Textodelmarcadordeposicin"/>
                    <w:sz w:val="20"/>
                    <w:szCs w:val="20"/>
                    <w:lang w:val="es-ES"/>
                  </w:rPr>
                  <w:t>Haga clic aquí para escribir texto.</w:t>
                </w:r>
              </w:p>
            </w:tc>
            <w:bookmarkEnd w:id="0" w:displacedByCustomXml="next"/>
          </w:sdtContent>
        </w:sdt>
        <w:sdt>
          <w:sdtPr>
            <w:rPr>
              <w:sz w:val="20"/>
              <w:szCs w:val="20"/>
              <w:lang w:val="es-ES"/>
            </w:rPr>
            <w:id w:val="1569926223"/>
            <w:placeholder>
              <w:docPart w:val="232003ECCDEE4B9CB038BB9C3023E1DE"/>
            </w:placeholder>
            <w:showingPlcHdr/>
            <w:dropDownList>
              <w:listItem w:value="Elija un elemento."/>
              <w:listItem w:displayText="Completa" w:value="C"/>
              <w:listItem w:displayText="Parcial" w:value="P"/>
              <w:listItem w:displayText="Otras/ indicar horas semanales" w:value=""/>
            </w:dropDownList>
          </w:sdtPr>
          <w:sdtContent>
            <w:tc>
              <w:tcPr>
                <w:tcW w:w="608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</w:tcPr>
              <w:p w:rsidR="00203163" w:rsidRPr="00892C72" w:rsidRDefault="00203163" w:rsidP="00203163">
                <w:pPr>
                  <w:rPr>
                    <w:sz w:val="20"/>
                    <w:szCs w:val="20"/>
                  </w:rPr>
                </w:pPr>
                <w:r w:rsidRPr="00892C72">
                  <w:rPr>
                    <w:rStyle w:val="Textodelmarcadordeposicin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198397088"/>
            <w:placeholder>
              <w:docPart w:val="AF0FFE9BD33745D695CE82A977DC5A5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480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  <w:vAlign w:val="center"/>
              </w:tcPr>
              <w:p w:rsidR="00203163" w:rsidRPr="00203163" w:rsidRDefault="00203163" w:rsidP="00203163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203163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1097323495"/>
            <w:placeholder>
              <w:docPart w:val="AF0FFE9BD33745D695CE82A977DC5A5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535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  <w:vAlign w:val="center"/>
              </w:tcPr>
              <w:p w:rsidR="00203163" w:rsidRPr="00203163" w:rsidRDefault="00203163" w:rsidP="00203163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203163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una fecha.</w:t>
                </w:r>
              </w:p>
            </w:tc>
          </w:sdtContent>
        </w:sdt>
      </w:tr>
      <w:tr w:rsidR="00203163" w:rsidRPr="00203163" w:rsidTr="008356AA">
        <w:trPr>
          <w:trHeight w:hRule="exact" w:val="805"/>
          <w:jc w:val="center"/>
        </w:trPr>
        <w:sdt>
          <w:sdtPr>
            <w:rPr>
              <w:sz w:val="20"/>
              <w:szCs w:val="20"/>
              <w:lang w:val="es-ES"/>
            </w:rPr>
            <w:id w:val="-240949987"/>
            <w:placeholder>
              <w:docPart w:val="B20E1C130201405EAFB03CB100393287"/>
            </w:placeholder>
            <w:showingPlcHdr/>
          </w:sdtPr>
          <w:sdtContent>
            <w:tc>
              <w:tcPr>
                <w:tcW w:w="3377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  <w:vAlign w:val="center"/>
              </w:tcPr>
              <w:p w:rsidR="00203163" w:rsidRPr="00892C72" w:rsidRDefault="00203163" w:rsidP="00203163">
                <w:pPr>
                  <w:spacing w:line="240" w:lineRule="auto"/>
                  <w:rPr>
                    <w:sz w:val="20"/>
                    <w:szCs w:val="20"/>
                    <w:lang w:val="es-ES"/>
                  </w:rPr>
                </w:pPr>
                <w:r w:rsidRPr="00892C72">
                  <w:rPr>
                    <w:rStyle w:val="Textodelmarcadordeposicin"/>
                    <w:sz w:val="20"/>
                    <w:szCs w:val="20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20"/>
              <w:szCs w:val="20"/>
              <w:lang w:val="es-ES"/>
            </w:rPr>
            <w:id w:val="-1111276909"/>
            <w:placeholder>
              <w:docPart w:val="94DAE6A8C3CD46E1BC57D46B83253F1D"/>
            </w:placeholder>
            <w:showingPlcHdr/>
            <w:dropDownList>
              <w:listItem w:value="Elija un elemento."/>
              <w:listItem w:displayText="Completa" w:value="C"/>
              <w:listItem w:displayText="Parcial" w:value="P"/>
              <w:listItem w:displayText="Otras/ indicar horas semanales" w:value=""/>
            </w:dropDownList>
          </w:sdtPr>
          <w:sdtContent>
            <w:tc>
              <w:tcPr>
                <w:tcW w:w="608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</w:tcPr>
              <w:p w:rsidR="00203163" w:rsidRPr="00892C72" w:rsidRDefault="00203163" w:rsidP="00203163">
                <w:pPr>
                  <w:rPr>
                    <w:sz w:val="20"/>
                    <w:szCs w:val="20"/>
                  </w:rPr>
                </w:pPr>
                <w:r w:rsidRPr="00892C72">
                  <w:rPr>
                    <w:rStyle w:val="Textodelmarcadordeposicin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98844791"/>
            <w:placeholder>
              <w:docPart w:val="AF0FFE9BD33745D695CE82A977DC5A5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480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  <w:vAlign w:val="center"/>
              </w:tcPr>
              <w:p w:rsidR="00203163" w:rsidRPr="00203163" w:rsidRDefault="00203163" w:rsidP="00203163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203163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709227691"/>
            <w:placeholder>
              <w:docPart w:val="AF0FFE9BD33745D695CE82A977DC5A5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535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  <w:vAlign w:val="center"/>
              </w:tcPr>
              <w:p w:rsidR="00203163" w:rsidRPr="00203163" w:rsidRDefault="00203163" w:rsidP="00203163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203163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una fecha.</w:t>
                </w:r>
              </w:p>
            </w:tc>
          </w:sdtContent>
        </w:sdt>
      </w:tr>
      <w:tr w:rsidR="004C0765" w:rsidRPr="00203163" w:rsidTr="004C0765">
        <w:trPr>
          <w:trHeight w:hRule="exact" w:val="805"/>
          <w:jc w:val="center"/>
        </w:trPr>
        <w:sdt>
          <w:sdtPr>
            <w:rPr>
              <w:sz w:val="20"/>
              <w:szCs w:val="20"/>
              <w:lang w:val="es-ES"/>
            </w:rPr>
            <w:id w:val="1651022347"/>
            <w:placeholder>
              <w:docPart w:val="DefaultPlaceholder_1081868574"/>
            </w:placeholder>
            <w:showingPlcHdr/>
          </w:sdtPr>
          <w:sdtContent>
            <w:tc>
              <w:tcPr>
                <w:tcW w:w="3377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  <w:vAlign w:val="center"/>
              </w:tcPr>
              <w:p w:rsidR="004C0765" w:rsidRPr="00892C72" w:rsidRDefault="00203163">
                <w:pPr>
                  <w:spacing w:line="240" w:lineRule="auto"/>
                  <w:rPr>
                    <w:sz w:val="20"/>
                    <w:szCs w:val="20"/>
                    <w:lang w:val="es-ES"/>
                  </w:rPr>
                </w:pPr>
                <w:r w:rsidRPr="00892C72">
                  <w:rPr>
                    <w:rStyle w:val="Textodelmarcadordeposicin"/>
                    <w:sz w:val="20"/>
                    <w:szCs w:val="20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20"/>
              <w:szCs w:val="20"/>
              <w:lang w:val="es-ES"/>
            </w:rPr>
            <w:id w:val="1014118602"/>
            <w:placeholder>
              <w:docPart w:val="DefaultPlaceholder_1081868575"/>
            </w:placeholder>
            <w:showingPlcHdr/>
            <w:dropDownList>
              <w:listItem w:value="Elija un elemento."/>
              <w:listItem w:displayText="Completa" w:value="C"/>
              <w:listItem w:displayText="Parcial" w:value="P"/>
              <w:listItem w:displayText="Otras/ indicar horas semanales" w:value=""/>
            </w:dropDownList>
          </w:sdtPr>
          <w:sdtContent>
            <w:tc>
              <w:tcPr>
                <w:tcW w:w="608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  <w:vAlign w:val="center"/>
              </w:tcPr>
              <w:p w:rsidR="004C0765" w:rsidRPr="00892C72" w:rsidRDefault="00203163">
                <w:pPr>
                  <w:spacing w:line="240" w:lineRule="auto"/>
                  <w:rPr>
                    <w:sz w:val="20"/>
                    <w:szCs w:val="20"/>
                    <w:lang w:val="es-ES"/>
                  </w:rPr>
                </w:pPr>
                <w:r w:rsidRPr="00892C72">
                  <w:rPr>
                    <w:rStyle w:val="Textodelmarcadordeposicin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1952819919"/>
            <w:placeholder>
              <w:docPart w:val="DefaultPlaceholder_108186857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480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  <w:vAlign w:val="center"/>
              </w:tcPr>
              <w:p w:rsidR="004C0765" w:rsidRPr="00203163" w:rsidRDefault="00203163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203163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1516918267"/>
            <w:placeholder>
              <w:docPart w:val="DefaultPlaceholder_108186857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535" w:type="pc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30" w:type="dxa"/>
                  <w:left w:w="45" w:type="dxa"/>
                  <w:bottom w:w="30" w:type="dxa"/>
                  <w:right w:w="45" w:type="dxa"/>
                </w:tcMar>
                <w:vAlign w:val="center"/>
              </w:tcPr>
              <w:p w:rsidR="004C0765" w:rsidRPr="00203163" w:rsidRDefault="00203163" w:rsidP="00203163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203163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una fecha.</w:t>
                </w:r>
              </w:p>
            </w:tc>
          </w:sdtContent>
        </w:sdt>
      </w:tr>
    </w:tbl>
    <w:p w:rsidR="00206302" w:rsidRPr="00D879C5" w:rsidRDefault="00F55293">
      <w:pPr>
        <w:spacing w:after="180" w:line="240" w:lineRule="auto"/>
        <w:rPr>
          <w:lang w:val="es-ES"/>
        </w:rPr>
      </w:pPr>
      <w:r w:rsidRPr="00D879C5">
        <w:rPr>
          <w:b/>
          <w:sz w:val="14"/>
          <w:lang w:val="es-ES"/>
        </w:rPr>
        <w:t xml:space="preserve">*C: </w:t>
      </w:r>
      <w:r w:rsidR="00F06EFA">
        <w:rPr>
          <w:b/>
          <w:sz w:val="14"/>
          <w:lang w:val="es-ES"/>
        </w:rPr>
        <w:t>C</w:t>
      </w:r>
      <w:r w:rsidRPr="00D879C5">
        <w:rPr>
          <w:b/>
          <w:sz w:val="14"/>
          <w:lang w:val="es-ES"/>
        </w:rPr>
        <w:t xml:space="preserve">ompleta; </w:t>
      </w:r>
      <w:r w:rsidR="00F06EFA">
        <w:rPr>
          <w:b/>
          <w:sz w:val="14"/>
          <w:lang w:val="es-ES"/>
        </w:rPr>
        <w:t>P</w:t>
      </w:r>
      <w:r w:rsidRPr="00D879C5">
        <w:rPr>
          <w:b/>
          <w:sz w:val="14"/>
          <w:lang w:val="es-ES"/>
        </w:rPr>
        <w:t xml:space="preserve">: </w:t>
      </w:r>
      <w:r w:rsidR="00F06EFA">
        <w:rPr>
          <w:b/>
          <w:sz w:val="14"/>
          <w:lang w:val="es-ES"/>
        </w:rPr>
        <w:t>Parcial</w:t>
      </w:r>
      <w:r w:rsidRPr="00D879C5">
        <w:rPr>
          <w:b/>
          <w:sz w:val="14"/>
          <w:lang w:val="es-ES"/>
        </w:rPr>
        <w:t>; O: Otras: indicar horas</w:t>
      </w:r>
      <w:r w:rsidR="00F06EFA">
        <w:rPr>
          <w:b/>
          <w:sz w:val="14"/>
          <w:lang w:val="es-ES"/>
        </w:rPr>
        <w:t xml:space="preserve"> semanales aproxim</w:t>
      </w:r>
      <w:r w:rsidR="00D36031">
        <w:rPr>
          <w:b/>
          <w:sz w:val="14"/>
          <w:lang w:val="es-ES"/>
        </w:rPr>
        <w:t>a</w:t>
      </w:r>
      <w:r w:rsidR="00F06EFA">
        <w:rPr>
          <w:b/>
          <w:sz w:val="14"/>
          <w:lang w:val="es-ES"/>
        </w:rPr>
        <w:t>das</w:t>
      </w:r>
      <w:r w:rsidRPr="00D879C5">
        <w:rPr>
          <w:b/>
          <w:sz w:val="14"/>
          <w:lang w:val="es-ES"/>
        </w:rPr>
        <w:t>.</w:t>
      </w:r>
    </w:p>
    <w:p w:rsidR="002C09BC" w:rsidRDefault="00F55293" w:rsidP="004C0765">
      <w:pPr>
        <w:spacing w:after="160" w:line="324" w:lineRule="auto"/>
        <w:ind w:right="255"/>
        <w:jc w:val="both"/>
        <w:rPr>
          <w:sz w:val="19"/>
          <w:lang w:val="es-ES"/>
        </w:rPr>
      </w:pPr>
      <w:r w:rsidRPr="00D879C5">
        <w:rPr>
          <w:sz w:val="19"/>
          <w:lang w:val="es-ES"/>
        </w:rPr>
        <w:t>La persona abajo firmante declara, bajo su expresa responsabilidad, que son ciertos cuantos datos figuran en la presente declaración.</w:t>
      </w:r>
      <w:r w:rsidR="002C09BC">
        <w:rPr>
          <w:sz w:val="19"/>
          <w:lang w:val="es-ES"/>
        </w:rPr>
        <w:t xml:space="preserve"> </w:t>
      </w:r>
    </w:p>
    <w:p w:rsidR="00206302" w:rsidRPr="00D879C5" w:rsidRDefault="002C09BC" w:rsidP="004C0765">
      <w:pPr>
        <w:spacing w:after="160" w:line="324" w:lineRule="auto"/>
        <w:ind w:right="255"/>
        <w:jc w:val="both"/>
        <w:rPr>
          <w:lang w:val="es-ES"/>
        </w:rPr>
      </w:pPr>
      <w:r>
        <w:rPr>
          <w:sz w:val="19"/>
          <w:lang w:val="es-ES"/>
        </w:rPr>
        <w:t xml:space="preserve">Asimismo, manifiesto que las funciones descritas guardan relación directa con los estándares de competencia profesional para cuya acreditación presento esta declaración. </w:t>
      </w:r>
    </w:p>
    <w:p w:rsidR="00206302" w:rsidRDefault="00F55293" w:rsidP="004C0765">
      <w:pPr>
        <w:spacing w:after="260" w:line="324" w:lineRule="auto"/>
        <w:ind w:right="255"/>
        <w:jc w:val="both"/>
        <w:rPr>
          <w:sz w:val="19"/>
          <w:lang w:val="es-ES"/>
        </w:rPr>
      </w:pPr>
      <w:r w:rsidRPr="00D879C5">
        <w:rPr>
          <w:sz w:val="19"/>
          <w:lang w:val="es-ES"/>
        </w:rPr>
        <w:t xml:space="preserve">Y </w:t>
      </w:r>
      <w:r w:rsidR="002C09BC">
        <w:rPr>
          <w:sz w:val="19"/>
          <w:lang w:val="es-ES"/>
        </w:rPr>
        <w:t>para que conste</w:t>
      </w:r>
      <w:r w:rsidRPr="00D879C5">
        <w:rPr>
          <w:sz w:val="19"/>
          <w:lang w:val="es-ES"/>
        </w:rPr>
        <w:t>, a los efectos de justificación del historial profesional en el Procedimiento de Reconocimiento, Evaluación, Acreditación y Registro de las competencias profe</w:t>
      </w:r>
      <w:r w:rsidR="002C09BC">
        <w:rPr>
          <w:sz w:val="19"/>
          <w:lang w:val="es-ES"/>
        </w:rPr>
        <w:t>sionales de la Región de Murcia, firmo la presente declaración responsable.</w:t>
      </w:r>
    </w:p>
    <w:p w:rsidR="00892C72" w:rsidRPr="00892C72" w:rsidRDefault="00892C72" w:rsidP="00892C72">
      <w:pPr>
        <w:spacing w:after="260" w:line="324" w:lineRule="auto"/>
        <w:ind w:right="255"/>
        <w:jc w:val="center"/>
        <w:rPr>
          <w:sz w:val="20"/>
          <w:szCs w:val="20"/>
          <w:lang w:val="es-ES"/>
        </w:rPr>
      </w:pPr>
      <w:r w:rsidRPr="00892C72">
        <w:rPr>
          <w:sz w:val="20"/>
          <w:szCs w:val="20"/>
          <w:lang w:val="es-ES"/>
        </w:rPr>
        <w:t xml:space="preserve">En  </w:t>
      </w:r>
      <w:sdt>
        <w:sdtPr>
          <w:rPr>
            <w:sz w:val="20"/>
            <w:szCs w:val="20"/>
            <w:lang w:val="es-ES"/>
          </w:rPr>
          <w:id w:val="1949349980"/>
          <w:placeholder>
            <w:docPart w:val="DefaultPlaceholder_1081868574"/>
          </w:placeholder>
          <w:showingPlcHdr/>
        </w:sdtPr>
        <w:sdtContent>
          <w:r w:rsidRPr="00892C72">
            <w:rPr>
              <w:rStyle w:val="Textodelmarcadordeposicin"/>
              <w:sz w:val="20"/>
              <w:szCs w:val="20"/>
              <w:lang w:val="es-ES"/>
            </w:rPr>
            <w:t>Haga clic aquí para escribir texto.</w:t>
          </w:r>
        </w:sdtContent>
      </w:sdt>
      <w:r w:rsidRPr="00892C72">
        <w:rPr>
          <w:sz w:val="20"/>
          <w:szCs w:val="20"/>
          <w:lang w:val="es-ES"/>
        </w:rPr>
        <w:t xml:space="preserve">   </w:t>
      </w:r>
      <w:proofErr w:type="gramStart"/>
      <w:r w:rsidRPr="00892C72">
        <w:rPr>
          <w:sz w:val="20"/>
          <w:szCs w:val="20"/>
          <w:lang w:val="es-ES"/>
        </w:rPr>
        <w:t>a</w:t>
      </w:r>
      <w:proofErr w:type="gramEnd"/>
      <w:r w:rsidRPr="00892C72">
        <w:rPr>
          <w:sz w:val="20"/>
          <w:szCs w:val="20"/>
          <w:lang w:val="es-ES"/>
        </w:rPr>
        <w:t xml:space="preserve">   </w:t>
      </w:r>
      <w:sdt>
        <w:sdtPr>
          <w:rPr>
            <w:sz w:val="20"/>
            <w:szCs w:val="20"/>
            <w:lang w:val="es-ES"/>
          </w:rPr>
          <w:id w:val="102153217"/>
          <w:placeholder>
            <w:docPart w:val="DefaultPlaceholder_1081868576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892C72">
            <w:rPr>
              <w:rStyle w:val="Textodelmarcadordeposicin"/>
              <w:sz w:val="20"/>
              <w:szCs w:val="20"/>
              <w:lang w:val="es-ES"/>
            </w:rPr>
            <w:t>Haga clic aquí para escribir una fecha.</w:t>
          </w:r>
        </w:sdtContent>
      </w:sdt>
    </w:p>
    <w:p w:rsidR="00892C72" w:rsidRDefault="00892C72">
      <w:pPr>
        <w:spacing w:line="240" w:lineRule="auto"/>
        <w:jc w:val="center"/>
        <w:rPr>
          <w:sz w:val="19"/>
          <w:lang w:val="es-ES"/>
        </w:rPr>
      </w:pPr>
    </w:p>
    <w:p w:rsidR="00892C72" w:rsidRDefault="00892C72">
      <w:pPr>
        <w:spacing w:line="240" w:lineRule="auto"/>
        <w:jc w:val="center"/>
        <w:rPr>
          <w:sz w:val="19"/>
          <w:lang w:val="es-ES"/>
        </w:rPr>
      </w:pPr>
    </w:p>
    <w:p w:rsidR="00892C72" w:rsidRDefault="00892C72">
      <w:pPr>
        <w:spacing w:line="240" w:lineRule="auto"/>
        <w:jc w:val="center"/>
        <w:rPr>
          <w:sz w:val="19"/>
          <w:lang w:val="es-ES"/>
        </w:rPr>
      </w:pPr>
    </w:p>
    <w:p w:rsidR="00206302" w:rsidRPr="00D879C5" w:rsidRDefault="00F55293">
      <w:pPr>
        <w:spacing w:line="240" w:lineRule="auto"/>
        <w:jc w:val="center"/>
        <w:rPr>
          <w:lang w:val="es-ES"/>
        </w:rPr>
      </w:pPr>
      <w:r w:rsidRPr="00D879C5">
        <w:rPr>
          <w:sz w:val="19"/>
          <w:lang w:val="es-ES"/>
        </w:rPr>
        <w:t>Fdo.: (Firma de la persona interesada)</w:t>
      </w:r>
    </w:p>
    <w:p w:rsidR="00206302" w:rsidRPr="00D879C5" w:rsidRDefault="00206302">
      <w:pPr>
        <w:spacing w:before="880" w:line="240" w:lineRule="auto"/>
        <w:rPr>
          <w:lang w:val="es-ES"/>
        </w:rPr>
      </w:pPr>
    </w:p>
    <w:sectPr w:rsidR="00206302" w:rsidRPr="00D879C5" w:rsidSect="00D879C5">
      <w:headerReference w:type="default" r:id="rId8"/>
      <w:pgSz w:w="11906" w:h="16838"/>
      <w:pgMar w:top="879" w:right="1559" w:bottom="822" w:left="1559" w:header="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36F" w:rsidRDefault="00F55293">
      <w:pPr>
        <w:spacing w:line="240" w:lineRule="auto"/>
      </w:pPr>
      <w:r>
        <w:separator/>
      </w:r>
    </w:p>
  </w:endnote>
  <w:endnote w:type="continuationSeparator" w:id="0">
    <w:p w:rsidR="00FC736F" w:rsidRDefault="00F552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36F" w:rsidRDefault="00F55293">
      <w:pPr>
        <w:spacing w:line="240" w:lineRule="auto"/>
      </w:pPr>
      <w:r>
        <w:separator/>
      </w:r>
    </w:p>
  </w:footnote>
  <w:footnote w:type="continuationSeparator" w:id="0">
    <w:p w:rsidR="00FC736F" w:rsidRDefault="00F552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6302" w:rsidRDefault="00D879C5">
    <w:pPr>
      <w:pStyle w:val="Encabezado"/>
    </w:pPr>
    <w:r>
      <w:rPr>
        <w:noProof/>
        <w:lang w:val="es-ES" w:eastAsia="es-ES"/>
      </w:rPr>
      <w:drawing>
        <wp:inline distT="0" distB="0" distL="0" distR="0" wp14:anchorId="1E3AE1F7" wp14:editId="53FB7FBF">
          <wp:extent cx="5398088" cy="1304220"/>
          <wp:effectExtent l="0" t="0" r="0" b="0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8050" cy="1309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97261" w:rsidRDefault="00B97261" w:rsidP="00B97261">
    <w:pPr>
      <w:pStyle w:val="Encabezado"/>
      <w:jc w:val="right"/>
    </w:pPr>
    <w:r>
      <w:t>P-3596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03163"/>
    <w:rsid w:val="00206302"/>
    <w:rsid w:val="0029639D"/>
    <w:rsid w:val="002C09BC"/>
    <w:rsid w:val="00326F90"/>
    <w:rsid w:val="003456C7"/>
    <w:rsid w:val="00426249"/>
    <w:rsid w:val="004C0765"/>
    <w:rsid w:val="00892C72"/>
    <w:rsid w:val="00AA1D8D"/>
    <w:rsid w:val="00B47730"/>
    <w:rsid w:val="00B97261"/>
    <w:rsid w:val="00CB0664"/>
    <w:rsid w:val="00CB3BD2"/>
    <w:rsid w:val="00D36031"/>
    <w:rsid w:val="00D879C5"/>
    <w:rsid w:val="00F06EFA"/>
    <w:rsid w:val="00F55293"/>
    <w:rsid w:val="00FC693F"/>
    <w:rsid w:val="00FC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7E39DBA-62C3-4C91-8393-BF1A9FA7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D879C5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79C5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879C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2031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7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22EFA-B3F0-4FA2-B4C3-98180E4A8293}"/>
      </w:docPartPr>
      <w:docPartBody>
        <w:p w:rsidR="00000000" w:rsidRDefault="00A312A0">
          <w:r w:rsidRPr="00DE3E0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E3B7C-9BD5-4178-8E83-570D695E2AF9}"/>
      </w:docPartPr>
      <w:docPartBody>
        <w:p w:rsidR="00000000" w:rsidRDefault="00A312A0">
          <w:r w:rsidRPr="00DE3E0A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12629-45A5-4EF2-BE7C-AB6FD15A9DB5}"/>
      </w:docPartPr>
      <w:docPartBody>
        <w:p w:rsidR="00000000" w:rsidRDefault="00A312A0">
          <w:r w:rsidRPr="00DE3E0A">
            <w:rPr>
              <w:rStyle w:val="Textodelmarcadordeposicin"/>
            </w:rPr>
            <w:t>Elija un elemento.</w:t>
          </w:r>
        </w:p>
      </w:docPartBody>
    </w:docPart>
    <w:docPart>
      <w:docPartPr>
        <w:name w:val="B20E1C130201405EAFB03CB100393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CA509-732E-4E71-8F4D-B7238B15F384}"/>
      </w:docPartPr>
      <w:docPartBody>
        <w:p w:rsidR="00000000" w:rsidRDefault="00A312A0" w:rsidP="00A312A0">
          <w:pPr>
            <w:pStyle w:val="B20E1C130201405EAFB03CB100393287"/>
          </w:pPr>
          <w:r w:rsidRPr="00DE3E0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F439A91B459447D929D507DC8A5A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A09E4-1A49-4D95-88D1-CB58728284F1}"/>
      </w:docPartPr>
      <w:docPartBody>
        <w:p w:rsidR="00000000" w:rsidRDefault="00A312A0" w:rsidP="00A312A0">
          <w:pPr>
            <w:pStyle w:val="FF439A91B459447D929D507DC8A5A6C4"/>
          </w:pPr>
          <w:r w:rsidRPr="00DE3E0A">
            <w:rPr>
              <w:rStyle w:val="Textodelmarcadordeposicin"/>
            </w:rPr>
            <w:t>Elija un elemento.</w:t>
          </w:r>
        </w:p>
      </w:docPartBody>
    </w:docPart>
    <w:docPart>
      <w:docPartPr>
        <w:name w:val="AF0FFE9BD33745D695CE82A977DC5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119C7-5FAA-407E-B377-7C41AE9B3A56}"/>
      </w:docPartPr>
      <w:docPartBody>
        <w:p w:rsidR="00000000" w:rsidRDefault="00A312A0" w:rsidP="00A312A0">
          <w:pPr>
            <w:pStyle w:val="AF0FFE9BD33745D695CE82A977DC5A5A"/>
          </w:pPr>
          <w:r w:rsidRPr="00DE3E0A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232003ECCDEE4B9CB038BB9C3023E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933AF-EE13-45A2-9F9E-E4FE31ACBF73}"/>
      </w:docPartPr>
      <w:docPartBody>
        <w:p w:rsidR="00000000" w:rsidRDefault="00A312A0" w:rsidP="00A312A0">
          <w:pPr>
            <w:pStyle w:val="232003ECCDEE4B9CB038BB9C3023E1DE"/>
          </w:pPr>
          <w:r w:rsidRPr="00DE3E0A">
            <w:rPr>
              <w:rStyle w:val="Textodelmarcadordeposicin"/>
            </w:rPr>
            <w:t>Elija un elemento.</w:t>
          </w:r>
        </w:p>
      </w:docPartBody>
    </w:docPart>
    <w:docPart>
      <w:docPartPr>
        <w:name w:val="94DAE6A8C3CD46E1BC57D46B83253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E4697-C87B-480C-B9EE-F95C56E3B927}"/>
      </w:docPartPr>
      <w:docPartBody>
        <w:p w:rsidR="00000000" w:rsidRDefault="00A312A0" w:rsidP="00A312A0">
          <w:pPr>
            <w:pStyle w:val="94DAE6A8C3CD46E1BC57D46B83253F1D"/>
          </w:pPr>
          <w:r w:rsidRPr="00DE3E0A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2A0"/>
    <w:rsid w:val="00A3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312A0"/>
    <w:rPr>
      <w:color w:val="808080"/>
    </w:rPr>
  </w:style>
  <w:style w:type="paragraph" w:customStyle="1" w:styleId="B20E1C130201405EAFB03CB100393287">
    <w:name w:val="B20E1C130201405EAFB03CB100393287"/>
    <w:rsid w:val="00A312A0"/>
  </w:style>
  <w:style w:type="paragraph" w:customStyle="1" w:styleId="FF439A91B459447D929D507DC8A5A6C4">
    <w:name w:val="FF439A91B459447D929D507DC8A5A6C4"/>
    <w:rsid w:val="00A312A0"/>
  </w:style>
  <w:style w:type="paragraph" w:customStyle="1" w:styleId="AF0FFE9BD33745D695CE82A977DC5A5A">
    <w:name w:val="AF0FFE9BD33745D695CE82A977DC5A5A"/>
    <w:rsid w:val="00A312A0"/>
  </w:style>
  <w:style w:type="paragraph" w:customStyle="1" w:styleId="232003ECCDEE4B9CB038BB9C3023E1DE">
    <w:name w:val="232003ECCDEE4B9CB038BB9C3023E1DE"/>
    <w:rsid w:val="00A312A0"/>
  </w:style>
  <w:style w:type="paragraph" w:customStyle="1" w:styleId="94DAE6A8C3CD46E1BC57D46B83253F1D">
    <w:name w:val="94DAE6A8C3CD46E1BC57D46B83253F1D"/>
    <w:rsid w:val="00A312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2C73E3-3C0F-49D6-A687-25AE6DBA4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297</Words>
  <Characters>1635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1929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IBAÑEZ LOPEZ, PILAR</cp:lastModifiedBy>
  <cp:revision>9</cp:revision>
  <dcterms:created xsi:type="dcterms:W3CDTF">2026-10-02T07:54:00Z</dcterms:created>
  <dcterms:modified xsi:type="dcterms:W3CDTF">2026-10-05T08:41:00Z</dcterms:modified>
  <cp:category/>
</cp:coreProperties>
</file>